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A7836" w14:textId="77777777" w:rsidR="005B7B22" w:rsidRDefault="00333651">
      <w:pPr>
        <w:jc w:val="center"/>
      </w:pPr>
      <w:r>
        <w:rPr>
          <w:noProof/>
        </w:rPr>
        <w:drawing>
          <wp:inline distT="0" distB="0" distL="0" distR="0" wp14:anchorId="6C4E4CC2" wp14:editId="12E396A1">
            <wp:extent cx="3931920" cy="11949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hsc_logo_crop.png"/>
                    <pic:cNvPicPr/>
                  </pic:nvPicPr>
                  <pic:blipFill>
                    <a:blip r:embed="rId8"/>
                    <a:stretch>
                      <a:fillRect/>
                    </a:stretch>
                  </pic:blipFill>
                  <pic:spPr>
                    <a:xfrm>
                      <a:off x="0" y="0"/>
                      <a:ext cx="3931920" cy="1194995"/>
                    </a:xfrm>
                    <a:prstGeom prst="rect">
                      <a:avLst/>
                    </a:prstGeom>
                  </pic:spPr>
                </pic:pic>
              </a:graphicData>
            </a:graphic>
          </wp:inline>
        </w:drawing>
      </w:r>
    </w:p>
    <w:p w14:paraId="5B928A94" w14:textId="77777777" w:rsidR="005B7B22" w:rsidRDefault="00333651">
      <w:pPr>
        <w:spacing w:before="160" w:after="80"/>
        <w:jc w:val="center"/>
      </w:pPr>
      <w:r>
        <w:rPr>
          <w:b/>
          <w:color w:val="17345C"/>
          <w:sz w:val="40"/>
        </w:rPr>
        <w:t>THE JAKE GEORGE BEATTIE-PEARCE</w:t>
      </w:r>
    </w:p>
    <w:p w14:paraId="1FDB3D3D" w14:textId="77777777" w:rsidR="005B7B22" w:rsidRDefault="00333651">
      <w:pPr>
        <w:spacing w:after="160"/>
        <w:jc w:val="center"/>
      </w:pPr>
      <w:r>
        <w:rPr>
          <w:b/>
          <w:color w:val="C59A3D"/>
          <w:sz w:val="54"/>
        </w:rPr>
        <w:t>SCHOLARSHIP</w:t>
      </w:r>
    </w:p>
    <w:p w14:paraId="38C90F19" w14:textId="77777777" w:rsidR="005B7B22" w:rsidRDefault="00333651">
      <w:pPr>
        <w:jc w:val="center"/>
      </w:pPr>
      <w:r>
        <w:rPr>
          <w:noProof/>
        </w:rPr>
        <w:drawing>
          <wp:inline distT="0" distB="0" distL="0" distR="0" wp14:anchorId="4016648C" wp14:editId="361C2255">
            <wp:extent cx="3108960" cy="31857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6-02-25 at 13.09.18.png"/>
                    <pic:cNvPicPr/>
                  </pic:nvPicPr>
                  <pic:blipFill>
                    <a:blip r:embed="rId9"/>
                    <a:stretch>
                      <a:fillRect/>
                    </a:stretch>
                  </pic:blipFill>
                  <pic:spPr>
                    <a:xfrm>
                      <a:off x="0" y="0"/>
                      <a:ext cx="3108960" cy="3185797"/>
                    </a:xfrm>
                    <a:prstGeom prst="rect">
                      <a:avLst/>
                    </a:prstGeom>
                  </pic:spPr>
                </pic:pic>
              </a:graphicData>
            </a:graphic>
          </wp:inline>
        </w:drawing>
      </w:r>
    </w:p>
    <w:p w14:paraId="145505EE" w14:textId="77777777" w:rsidR="005B7B22" w:rsidRDefault="00333651">
      <w:pPr>
        <w:spacing w:before="160"/>
        <w:jc w:val="center"/>
      </w:pPr>
      <w:r>
        <w:rPr>
          <w:b/>
          <w:color w:val="17345C"/>
          <w:sz w:val="30"/>
        </w:rPr>
        <w:t>APPLICATION PACK &amp; GUIDANCE FOR APPLICANTS</w:t>
      </w:r>
    </w:p>
    <w:p w14:paraId="1CD138C1" w14:textId="77777777" w:rsidR="005B7B22" w:rsidRDefault="00333651">
      <w:pPr>
        <w:jc w:val="center"/>
      </w:pPr>
      <w:r>
        <w:rPr>
          <w:color w:val="1F2937"/>
          <w:sz w:val="24"/>
        </w:rPr>
        <w:t>2026/27 Intake</w:t>
      </w:r>
    </w:p>
    <w:tbl>
      <w:tblPr>
        <w:tblW w:w="0" w:type="auto"/>
        <w:jc w:val="center"/>
        <w:tblLook w:val="04A0" w:firstRow="1" w:lastRow="0" w:firstColumn="1" w:lastColumn="0" w:noHBand="0" w:noVBand="1"/>
      </w:tblPr>
      <w:tblGrid>
        <w:gridCol w:w="10368"/>
      </w:tblGrid>
      <w:tr w:rsidR="005B7B22" w14:paraId="72CBB0D9" w14:textId="77777777">
        <w:trPr>
          <w:jc w:val="center"/>
        </w:trPr>
        <w:tc>
          <w:tcPr>
            <w:tcW w:w="10368" w:type="dxa"/>
            <w:shd w:val="clear" w:color="auto" w:fill="F4F7FA"/>
            <w:tcMar>
              <w:top w:w="120" w:type="dxa"/>
              <w:left w:w="160" w:type="dxa"/>
              <w:bottom w:w="120" w:type="dxa"/>
              <w:right w:w="160" w:type="dxa"/>
            </w:tcMar>
          </w:tcPr>
          <w:p w14:paraId="217B0DEB" w14:textId="77777777" w:rsidR="005B7B22" w:rsidRDefault="00333651">
            <w:r>
              <w:rPr>
                <w:b/>
                <w:color w:val="17345C"/>
                <w:sz w:val="23"/>
              </w:rPr>
              <w:t>Four scholarship places awarded each year</w:t>
            </w:r>
          </w:p>
          <w:p w14:paraId="08D1C6FE" w14:textId="77777777" w:rsidR="005B7B22" w:rsidRDefault="00333651">
            <w:pPr>
              <w:spacing w:after="0"/>
            </w:pPr>
            <w:r>
              <w:rPr>
                <w:color w:val="1F2937"/>
                <w:sz w:val="20"/>
              </w:rPr>
              <w:t>The scholarship is designed for young people aged 16-21 who have the motivation and commitment to build a future in naturopathic or naprapathic practice, but who may have faced barriers to education, training or opportunity.</w:t>
            </w:r>
          </w:p>
        </w:tc>
      </w:tr>
    </w:tbl>
    <w:p w14:paraId="0B4C65FA" w14:textId="77777777" w:rsidR="005B7B22" w:rsidRDefault="005B7B22">
      <w:pPr>
        <w:spacing w:after="20"/>
      </w:pPr>
    </w:p>
    <w:p w14:paraId="0CF0E617" w14:textId="77777777" w:rsidR="005B7B22" w:rsidRDefault="00333651">
      <w:pPr>
        <w:jc w:val="center"/>
      </w:pPr>
      <w:r>
        <w:rPr>
          <w:b/>
          <w:color w:val="17345C"/>
          <w:sz w:val="24"/>
        </w:rPr>
        <w:t>No formal qualifications are required to apply.</w:t>
      </w:r>
    </w:p>
    <w:p w14:paraId="10B7B1A9" w14:textId="77777777" w:rsidR="005B7B22" w:rsidRDefault="00333651">
      <w:pPr>
        <w:jc w:val="center"/>
      </w:pPr>
      <w:r>
        <w:rPr>
          <w:i/>
          <w:color w:val="C59A3D"/>
          <w:sz w:val="22"/>
        </w:rPr>
        <w:t>We are looking for potential - not a perfect school record.</w:t>
      </w:r>
    </w:p>
    <w:p w14:paraId="722767CC" w14:textId="77777777" w:rsidR="005B7B22" w:rsidRDefault="00333651">
      <w:r>
        <w:br w:type="page"/>
      </w:r>
    </w:p>
    <w:p w14:paraId="6CC60148" w14:textId="77777777" w:rsidR="005B7B22" w:rsidRDefault="00333651">
      <w:pPr>
        <w:pBdr>
          <w:bottom w:val="single" w:sz="14" w:space="1" w:color="C59A3D"/>
        </w:pBdr>
        <w:spacing w:before="40" w:after="160"/>
      </w:pPr>
      <w:r>
        <w:rPr>
          <w:b/>
          <w:color w:val="17345C"/>
          <w:sz w:val="36"/>
        </w:rPr>
        <w:lastRenderedPageBreak/>
        <w:t>1. Welcome</w:t>
      </w:r>
    </w:p>
    <w:p w14:paraId="032C10E2" w14:textId="77777777" w:rsidR="005B7B22" w:rsidRDefault="00333651">
      <w:pPr>
        <w:spacing w:line="254" w:lineRule="auto"/>
      </w:pPr>
      <w:r>
        <w:rPr>
          <w:color w:val="1F2937"/>
        </w:rPr>
        <w:t>Thank you for considering an application for the Jake George Beattie-Pearce Scholarship. The scholarship exists to make professional education more accessible to young people who may not have had the easiest start, the strongest school results, or the same opportunities as others.</w:t>
      </w:r>
    </w:p>
    <w:p w14:paraId="4C906CF7" w14:textId="77777777" w:rsidR="005B7B22" w:rsidRDefault="00333651">
      <w:pPr>
        <w:spacing w:line="254" w:lineRule="auto"/>
      </w:pPr>
      <w:r>
        <w:rPr>
          <w:color w:val="1F2937"/>
        </w:rPr>
        <w:t>We are deliberately keeping the application open. You do not need to have GCSEs, Highers, A Levels, college qualifications or previous healthcare experience. You do not need to be “academic” in the traditional sense. What matters most is that you are motivated, willing to learn, prepared to attend and participate, and ready to work with the support we provide.</w:t>
      </w:r>
    </w:p>
    <w:tbl>
      <w:tblPr>
        <w:tblW w:w="0" w:type="auto"/>
        <w:jc w:val="center"/>
        <w:tblLook w:val="04A0" w:firstRow="1" w:lastRow="0" w:firstColumn="1" w:lastColumn="0" w:noHBand="0" w:noVBand="1"/>
      </w:tblPr>
      <w:tblGrid>
        <w:gridCol w:w="10368"/>
      </w:tblGrid>
      <w:tr w:rsidR="005B7B22" w14:paraId="76F8DA9B" w14:textId="77777777">
        <w:trPr>
          <w:jc w:val="center"/>
        </w:trPr>
        <w:tc>
          <w:tcPr>
            <w:tcW w:w="10368" w:type="dxa"/>
            <w:shd w:val="clear" w:color="auto" w:fill="F4F7FA"/>
            <w:tcMar>
              <w:top w:w="120" w:type="dxa"/>
              <w:left w:w="160" w:type="dxa"/>
              <w:bottom w:w="120" w:type="dxa"/>
              <w:right w:w="160" w:type="dxa"/>
            </w:tcMar>
          </w:tcPr>
          <w:p w14:paraId="5BB128C8" w14:textId="77777777" w:rsidR="005B7B22" w:rsidRDefault="00333651">
            <w:r>
              <w:rPr>
                <w:b/>
                <w:color w:val="17345C"/>
                <w:sz w:val="23"/>
              </w:rPr>
              <w:t>Please do not rule yourself out</w:t>
            </w:r>
          </w:p>
          <w:p w14:paraId="36766476" w14:textId="77777777" w:rsidR="005B7B22" w:rsidRDefault="00333651">
            <w:pPr>
              <w:spacing w:after="0"/>
            </w:pPr>
            <w:r>
              <w:rPr>
                <w:color w:val="1F2937"/>
                <w:sz w:val="20"/>
              </w:rPr>
              <w:t>If you have dyslexia, dyscalculia, ADHD, autism, another learning difference, difficulty with English or Maths, gaps in your education, or simply had a bad experience at school, you are still very welcome to apply. We can discuss support with you individually. A formal diagnosis is not required just to ask for help.</w:t>
            </w:r>
          </w:p>
        </w:tc>
      </w:tr>
    </w:tbl>
    <w:p w14:paraId="43E7610C" w14:textId="77777777" w:rsidR="005B7B22" w:rsidRDefault="005B7B22">
      <w:pPr>
        <w:spacing w:after="20"/>
      </w:pPr>
    </w:p>
    <w:p w14:paraId="1E82E333" w14:textId="77777777" w:rsidR="005B7B22" w:rsidRDefault="00333651">
      <w:pPr>
        <w:pBdr>
          <w:bottom w:val="single" w:sz="14" w:space="1" w:color="C59A3D"/>
        </w:pBdr>
        <w:spacing w:before="40" w:after="160"/>
      </w:pPr>
      <w:r>
        <w:rPr>
          <w:b/>
          <w:color w:val="17345C"/>
          <w:sz w:val="36"/>
        </w:rPr>
        <w:t>2. Who the scholarship is for</w:t>
      </w:r>
    </w:p>
    <w:p w14:paraId="1E52ED34" w14:textId="77777777" w:rsidR="005B7B22" w:rsidRDefault="00333651">
      <w:pPr>
        <w:spacing w:line="254" w:lineRule="auto"/>
      </w:pPr>
      <w:r>
        <w:rPr>
          <w:color w:val="1F2937"/>
        </w:rPr>
        <w:t>Applicants must be aged 16 to 21 at the time of application and should normally live in Glasgow or within reasonable travelling distance, because some teaching, practical work and clinic attendance will take place in person.</w:t>
      </w:r>
    </w:p>
    <w:p w14:paraId="6E6296EA" w14:textId="77777777" w:rsidR="005B7B22" w:rsidRDefault="00333651">
      <w:pPr>
        <w:spacing w:line="254" w:lineRule="auto"/>
      </w:pPr>
      <w:r>
        <w:rPr>
          <w:color w:val="1F2937"/>
        </w:rPr>
        <w:t>The scholarship is intended for applicants who have experienced disadvantage or barriers of some kind. We use the word “disadvantage” broadly. It can include financial, educational, family, social, health, caring or personal circumstances. There is no requirement to fit one particular category.</w:t>
      </w:r>
    </w:p>
    <w:p w14:paraId="57448398" w14:textId="77777777" w:rsidR="005B7B22" w:rsidRDefault="00333651">
      <w:pPr>
        <w:pStyle w:val="ListBullet"/>
        <w:spacing w:after="40"/>
        <w:ind w:left="259"/>
      </w:pPr>
      <w:r>
        <w:rPr>
          <w:color w:val="1F2937"/>
          <w:sz w:val="20"/>
        </w:rPr>
        <w:t>A low-income household, including a household receiving benefits or with income below around £30,000 a year.</w:t>
      </w:r>
    </w:p>
    <w:p w14:paraId="7A795055" w14:textId="77777777" w:rsidR="005B7B22" w:rsidRDefault="00333651">
      <w:pPr>
        <w:pStyle w:val="ListBullet"/>
        <w:spacing w:after="40"/>
        <w:ind w:left="259"/>
      </w:pPr>
      <w:r>
        <w:rPr>
          <w:color w:val="1F2937"/>
          <w:sz w:val="20"/>
        </w:rPr>
        <w:t>Bullying, exclusion, disrupted schooling or poor educational experiences.</w:t>
      </w:r>
    </w:p>
    <w:p w14:paraId="1B0BBF39" w14:textId="77777777" w:rsidR="005B7B22" w:rsidRDefault="00333651">
      <w:pPr>
        <w:pStyle w:val="ListBullet"/>
        <w:spacing w:after="40"/>
        <w:ind w:left="259"/>
      </w:pPr>
      <w:r>
        <w:rPr>
          <w:color w:val="1F2937"/>
          <w:sz w:val="20"/>
        </w:rPr>
        <w:t>Few or no formal qualifications, or school results that do not reflect your potential.</w:t>
      </w:r>
    </w:p>
    <w:p w14:paraId="2CB3A861" w14:textId="77777777" w:rsidR="005B7B22" w:rsidRDefault="00333651">
      <w:pPr>
        <w:pStyle w:val="ListBullet"/>
        <w:spacing w:after="40"/>
        <w:ind w:left="259"/>
      </w:pPr>
      <w:r>
        <w:rPr>
          <w:color w:val="1F2937"/>
          <w:sz w:val="20"/>
        </w:rPr>
        <w:t>Being a young carer or having significant responsibilities at home.</w:t>
      </w:r>
    </w:p>
    <w:p w14:paraId="034F4D56" w14:textId="77777777" w:rsidR="005B7B22" w:rsidRDefault="00333651">
      <w:pPr>
        <w:pStyle w:val="ListBullet"/>
        <w:spacing w:after="40"/>
        <w:ind w:left="259"/>
      </w:pPr>
      <w:r>
        <w:rPr>
          <w:color w:val="1F2937"/>
          <w:sz w:val="20"/>
        </w:rPr>
        <w:t>Care experience, family breakdown, housing instability or other difficult circumstances.</w:t>
      </w:r>
    </w:p>
    <w:p w14:paraId="14568348" w14:textId="77777777" w:rsidR="005B7B22" w:rsidRDefault="00333651">
      <w:pPr>
        <w:pStyle w:val="ListBullet"/>
        <w:spacing w:after="40"/>
        <w:ind w:left="259"/>
      </w:pPr>
      <w:r>
        <w:rPr>
          <w:color w:val="1F2937"/>
          <w:sz w:val="20"/>
        </w:rPr>
        <w:t>Special Educational Needs (SEN), dyslexia, dyscalculia, ADHD, autism or another learning difference.</w:t>
      </w:r>
    </w:p>
    <w:p w14:paraId="55F72CFC" w14:textId="77777777" w:rsidR="005B7B22" w:rsidRDefault="00333651">
      <w:pPr>
        <w:pStyle w:val="ListBullet"/>
        <w:spacing w:after="40"/>
        <w:ind w:left="259"/>
      </w:pPr>
      <w:r>
        <w:rPr>
          <w:color w:val="1F2937"/>
          <w:sz w:val="20"/>
        </w:rPr>
        <w:t>Needing additional help with English, Maths, Functional Skills, study skills or digital learning.</w:t>
      </w:r>
    </w:p>
    <w:p w14:paraId="0685A980" w14:textId="77777777" w:rsidR="005B7B22" w:rsidRDefault="00333651">
      <w:pPr>
        <w:pStyle w:val="ListBullet"/>
        <w:spacing w:after="40"/>
        <w:ind w:left="259"/>
      </w:pPr>
      <w:r>
        <w:rPr>
          <w:color w:val="1F2937"/>
          <w:sz w:val="20"/>
        </w:rPr>
        <w:t>Any other circumstance that has made education or career development harder than it might otherwise have been.</w:t>
      </w:r>
    </w:p>
    <w:p w14:paraId="50C440D5" w14:textId="77777777" w:rsidR="005B7B22" w:rsidRDefault="00333651">
      <w:pPr>
        <w:spacing w:line="254" w:lineRule="auto"/>
      </w:pPr>
      <w:r>
        <w:rPr>
          <w:color w:val="1F2937"/>
        </w:rPr>
        <w:t>If your circumstances are not listed above, you can still apply. Tell us what has affected you and what support would help you move forward.</w:t>
      </w:r>
    </w:p>
    <w:p w14:paraId="13F8011A" w14:textId="77777777" w:rsidR="005B7B22" w:rsidRDefault="00333651">
      <w:r>
        <w:br w:type="page"/>
      </w:r>
    </w:p>
    <w:p w14:paraId="2C4EEE21" w14:textId="77777777" w:rsidR="005B7B22" w:rsidRDefault="00333651">
      <w:pPr>
        <w:pBdr>
          <w:bottom w:val="single" w:sz="14" w:space="1" w:color="C59A3D"/>
        </w:pBdr>
        <w:spacing w:before="40" w:after="160"/>
      </w:pPr>
      <w:r>
        <w:rPr>
          <w:b/>
          <w:color w:val="17345C"/>
          <w:sz w:val="36"/>
        </w:rPr>
        <w:lastRenderedPageBreak/>
        <w:t>3. How the programme is delivered</w:t>
      </w:r>
    </w:p>
    <w:p w14:paraId="6B123DDB" w14:textId="77777777" w:rsidR="005B7B22" w:rsidRDefault="00333651">
      <w:pPr>
        <w:spacing w:line="254" w:lineRule="auto"/>
      </w:pPr>
      <w:r>
        <w:rPr>
          <w:color w:val="1F2937"/>
        </w:rPr>
        <w:t>The ND (Naturopathic Doctor) and DN (Naprapathic Doctor) programmes are designed as blended programmes so that students can study flexibly while still gaining practical, clinical and professional experience.</w:t>
      </w:r>
    </w:p>
    <w:p w14:paraId="35DBDA8B" w14:textId="77777777" w:rsidR="005B7B22" w:rsidRDefault="00333651">
      <w:pPr>
        <w:pStyle w:val="ListBullet"/>
        <w:spacing w:after="40"/>
        <w:ind w:left="259"/>
      </w:pPr>
      <w:r>
        <w:rPr>
          <w:color w:val="1F2937"/>
          <w:sz w:val="20"/>
        </w:rPr>
        <w:t>Approximately 75% of learning is completed online through guided study, recorded or digital learning activities and tutor-supported coursework.</w:t>
      </w:r>
    </w:p>
    <w:p w14:paraId="4E5BD432" w14:textId="77777777" w:rsidR="005B7B22" w:rsidRDefault="00333651">
      <w:pPr>
        <w:pStyle w:val="ListBullet"/>
        <w:spacing w:after="40"/>
        <w:ind w:left="259"/>
      </w:pPr>
      <w:r>
        <w:rPr>
          <w:color w:val="1F2937"/>
          <w:sz w:val="20"/>
        </w:rPr>
        <w:t>Approximately 25% is delivered through live Zoom teaching, face-to-face practical classes and clinic attendance.</w:t>
      </w:r>
    </w:p>
    <w:p w14:paraId="33E869DE" w14:textId="77777777" w:rsidR="005B7B22" w:rsidRDefault="00333651">
      <w:pPr>
        <w:pStyle w:val="ListBullet"/>
        <w:spacing w:after="40"/>
        <w:ind w:left="259"/>
      </w:pPr>
      <w:r>
        <w:rPr>
          <w:color w:val="1F2937"/>
          <w:sz w:val="20"/>
        </w:rPr>
        <w:t>Some practical classes and clinical sessions are compulsory and must be attended in person.</w:t>
      </w:r>
    </w:p>
    <w:p w14:paraId="76322C1B" w14:textId="77777777" w:rsidR="005B7B22" w:rsidRDefault="00333651">
      <w:pPr>
        <w:pStyle w:val="ListBullet"/>
        <w:spacing w:after="40"/>
        <w:ind w:left="259"/>
      </w:pPr>
      <w:r>
        <w:rPr>
          <w:color w:val="1F2937"/>
          <w:sz w:val="20"/>
        </w:rPr>
        <w:t>Applicants should therefore be based in Glasgow or able to travel to Glasgow when required.</w:t>
      </w:r>
    </w:p>
    <w:p w14:paraId="7DD30C6E" w14:textId="77777777" w:rsidR="005B7B22" w:rsidRDefault="00333651">
      <w:pPr>
        <w:pStyle w:val="ListBullet"/>
        <w:spacing w:after="40"/>
        <w:ind w:left="259"/>
      </w:pPr>
      <w:r>
        <w:rPr>
          <w:color w:val="1F2937"/>
          <w:sz w:val="20"/>
        </w:rPr>
        <w:t>A timetable and notice of required attendance will be provided as far in advance as reasonably possible.</w:t>
      </w:r>
    </w:p>
    <w:p w14:paraId="2490C549" w14:textId="77777777" w:rsidR="005B7B22" w:rsidRDefault="00333651">
      <w:pPr>
        <w:pBdr>
          <w:bottom w:val="single" w:sz="14" w:space="1" w:color="C59A3D"/>
        </w:pBdr>
        <w:spacing w:before="40" w:after="160"/>
      </w:pPr>
      <w:r>
        <w:rPr>
          <w:b/>
          <w:color w:val="17345C"/>
          <w:sz w:val="36"/>
        </w:rPr>
        <w:t>4. Support available to scholars</w:t>
      </w:r>
    </w:p>
    <w:p w14:paraId="60ED3598" w14:textId="77777777" w:rsidR="005B7B22" w:rsidRDefault="00333651">
      <w:pPr>
        <w:spacing w:line="254" w:lineRule="auto"/>
      </w:pPr>
      <w:r>
        <w:rPr>
          <w:color w:val="1F2937"/>
        </w:rPr>
        <w:t>Every scholarship student will be assigned a personal tutor. Your personal tutor will be a regular point of contact and will help you plan your learning, keep on track and ask for support early if something is getting in the way.</w:t>
      </w:r>
    </w:p>
    <w:p w14:paraId="072DEB47" w14:textId="77777777" w:rsidR="005B7B22" w:rsidRDefault="00333651">
      <w:pPr>
        <w:pStyle w:val="ListBullet"/>
        <w:spacing w:after="40"/>
        <w:ind w:left="259"/>
      </w:pPr>
      <w:r>
        <w:rPr>
          <w:color w:val="1F2937"/>
          <w:sz w:val="20"/>
        </w:rPr>
        <w:t>Regular personal tutor support and progress reviews.</w:t>
      </w:r>
    </w:p>
    <w:p w14:paraId="07A7BB38" w14:textId="77777777" w:rsidR="005B7B22" w:rsidRDefault="00333651">
      <w:pPr>
        <w:pStyle w:val="ListBullet"/>
        <w:spacing w:after="40"/>
        <w:ind w:left="259"/>
      </w:pPr>
      <w:r>
        <w:rPr>
          <w:color w:val="1F2937"/>
          <w:sz w:val="20"/>
        </w:rPr>
        <w:t>SEN and learning-support guidance where needed.</w:t>
      </w:r>
    </w:p>
    <w:p w14:paraId="48C5FE34" w14:textId="77777777" w:rsidR="005B7B22" w:rsidRDefault="00333651">
      <w:pPr>
        <w:pStyle w:val="ListBullet"/>
        <w:spacing w:after="40"/>
        <w:ind w:left="259"/>
      </w:pPr>
      <w:r>
        <w:rPr>
          <w:color w:val="1F2937"/>
          <w:sz w:val="20"/>
        </w:rPr>
        <w:t>Help with study skills, writing, note-taking, revision and organisation.</w:t>
      </w:r>
    </w:p>
    <w:p w14:paraId="6EB5E6D5" w14:textId="77777777" w:rsidR="005B7B22" w:rsidRDefault="00333651">
      <w:pPr>
        <w:pStyle w:val="ListBullet"/>
        <w:spacing w:after="40"/>
        <w:ind w:left="259"/>
      </w:pPr>
      <w:r>
        <w:rPr>
          <w:color w:val="1F2937"/>
          <w:sz w:val="20"/>
        </w:rPr>
        <w:t>Support to strengthen English and Maths where these are barriers to progress.</w:t>
      </w:r>
    </w:p>
    <w:p w14:paraId="53656054" w14:textId="77777777" w:rsidR="005B7B22" w:rsidRDefault="00333651">
      <w:pPr>
        <w:pStyle w:val="ListBullet"/>
        <w:spacing w:after="40"/>
        <w:ind w:left="259"/>
      </w:pPr>
      <w:r>
        <w:rPr>
          <w:color w:val="1F2937"/>
          <w:sz w:val="20"/>
        </w:rPr>
        <w:t>Guidance towards appropriate Functional Skills or equivalent learning where required.</w:t>
      </w:r>
    </w:p>
    <w:p w14:paraId="732D6688" w14:textId="77777777" w:rsidR="005B7B22" w:rsidRDefault="00333651">
      <w:pPr>
        <w:pStyle w:val="ListBullet"/>
        <w:spacing w:after="40"/>
        <w:ind w:left="259"/>
      </w:pPr>
      <w:r>
        <w:rPr>
          <w:color w:val="1F2937"/>
          <w:sz w:val="20"/>
        </w:rPr>
        <w:t>Reasonable adjustments to learning and assessment where appropriate.</w:t>
      </w:r>
    </w:p>
    <w:p w14:paraId="2FC35E74" w14:textId="77777777" w:rsidR="005B7B22" w:rsidRDefault="00333651">
      <w:pPr>
        <w:pStyle w:val="ListBullet"/>
        <w:spacing w:after="40"/>
        <w:ind w:left="259"/>
      </w:pPr>
      <w:r>
        <w:rPr>
          <w:color w:val="1F2937"/>
          <w:sz w:val="20"/>
        </w:rPr>
        <w:t>Support with confidence, professional development and preparing for clinical learning.</w:t>
      </w:r>
    </w:p>
    <w:p w14:paraId="750B431B" w14:textId="77777777" w:rsidR="005B7B22" w:rsidRDefault="00333651">
      <w:pPr>
        <w:pStyle w:val="ListBullet"/>
        <w:spacing w:after="40"/>
        <w:ind w:left="259"/>
      </w:pPr>
      <w:r>
        <w:rPr>
          <w:color w:val="1F2937"/>
          <w:sz w:val="20"/>
        </w:rPr>
        <w:t>Career development opportunities as you progress, which may include part-time work, research, teaching support and other suitable experience.</w:t>
      </w:r>
    </w:p>
    <w:tbl>
      <w:tblPr>
        <w:tblW w:w="0" w:type="auto"/>
        <w:jc w:val="center"/>
        <w:tblLook w:val="04A0" w:firstRow="1" w:lastRow="0" w:firstColumn="1" w:lastColumn="0" w:noHBand="0" w:noVBand="1"/>
      </w:tblPr>
      <w:tblGrid>
        <w:gridCol w:w="10368"/>
      </w:tblGrid>
      <w:tr w:rsidR="005B7B22" w14:paraId="3B07E9B4" w14:textId="77777777">
        <w:trPr>
          <w:jc w:val="center"/>
        </w:trPr>
        <w:tc>
          <w:tcPr>
            <w:tcW w:w="10368" w:type="dxa"/>
            <w:shd w:val="clear" w:color="auto" w:fill="F4F7FA"/>
            <w:tcMar>
              <w:top w:w="120" w:type="dxa"/>
              <w:left w:w="160" w:type="dxa"/>
              <w:bottom w:w="120" w:type="dxa"/>
              <w:right w:w="160" w:type="dxa"/>
            </w:tcMar>
          </w:tcPr>
          <w:p w14:paraId="4C1A6123" w14:textId="77777777" w:rsidR="005B7B22" w:rsidRDefault="00333651">
            <w:r>
              <w:rPr>
                <w:b/>
                <w:color w:val="17345C"/>
                <w:sz w:val="23"/>
              </w:rPr>
              <w:t>You do not have to hide a support need</w:t>
            </w:r>
          </w:p>
          <w:p w14:paraId="2B0D5F25" w14:textId="77777777" w:rsidR="005B7B22" w:rsidRDefault="00333651">
            <w:pPr>
              <w:spacing w:after="0"/>
            </w:pPr>
            <w:r>
              <w:rPr>
                <w:color w:val="1F2937"/>
                <w:sz w:val="20"/>
              </w:rPr>
              <w:t>Telling us that you need help will not count against your application. We would rather know what support may help you succeed. You only need to share information that is relevant to your learning and that you are comfortable sharing.</w:t>
            </w:r>
          </w:p>
        </w:tc>
      </w:tr>
    </w:tbl>
    <w:p w14:paraId="399D815F" w14:textId="77777777" w:rsidR="005B7B22" w:rsidRDefault="005B7B22">
      <w:pPr>
        <w:spacing w:after="20"/>
      </w:pPr>
    </w:p>
    <w:p w14:paraId="6A78F153" w14:textId="77777777" w:rsidR="005B7B22" w:rsidRDefault="00333651">
      <w:pPr>
        <w:pBdr>
          <w:bottom w:val="single" w:sz="14" w:space="1" w:color="C59A3D"/>
        </w:pBdr>
        <w:spacing w:before="40" w:after="160"/>
      </w:pPr>
      <w:r>
        <w:rPr>
          <w:b/>
          <w:color w:val="17345C"/>
          <w:sz w:val="36"/>
        </w:rPr>
        <w:t>5. What the scholarship covers</w:t>
      </w:r>
    </w:p>
    <w:p w14:paraId="3CCEF8DC" w14:textId="4C64DE1B" w:rsidR="005B7B22" w:rsidRDefault="00333651">
      <w:pPr>
        <w:spacing w:line="254" w:lineRule="auto"/>
      </w:pPr>
      <w:r>
        <w:rPr>
          <w:color w:val="1F2937"/>
        </w:rPr>
        <w:t xml:space="preserve">The scholarship is intended to cover the normal course tuition fee and programme administration fee for the first year of the ND or DN programme. After successful completion of each year, the scholarship may continue into the next year, potentially covering all four years of the </w:t>
      </w:r>
      <w:proofErr w:type="spellStart"/>
      <w:r>
        <w:rPr>
          <w:color w:val="1F2937"/>
        </w:rPr>
        <w:t>programme</w:t>
      </w:r>
      <w:proofErr w:type="spellEnd"/>
      <w:r>
        <w:rPr>
          <w:color w:val="1F2937"/>
        </w:rPr>
        <w:t>.</w:t>
      </w:r>
      <w:r w:rsidR="00914452">
        <w:rPr>
          <w:color w:val="1F2937"/>
        </w:rPr>
        <w:t xml:space="preserve"> It does not cover any living expenses, so you will need to </w:t>
      </w:r>
      <w:proofErr w:type="gramStart"/>
      <w:r w:rsidR="00914452">
        <w:rPr>
          <w:color w:val="1F2937"/>
        </w:rPr>
        <w:t>make arrangements</w:t>
      </w:r>
      <w:proofErr w:type="gramEnd"/>
      <w:r w:rsidR="00914452">
        <w:rPr>
          <w:color w:val="1F2937"/>
        </w:rPr>
        <w:t xml:space="preserve"> for this. Many students work whilst also studying, and once they obtain a qualification as they complete each level, they start to develop their own business or work within that area they have qualified in to gain extra clinical experience and financial support. </w:t>
      </w:r>
    </w:p>
    <w:p w14:paraId="6B2DE57D" w14:textId="77777777" w:rsidR="005B7B22" w:rsidRDefault="00333651">
      <w:pPr>
        <w:spacing w:line="254" w:lineRule="auto"/>
        <w:rPr>
          <w:color w:val="1F2937"/>
        </w:rPr>
      </w:pPr>
      <w:r>
        <w:rPr>
          <w:color w:val="1F2937"/>
        </w:rPr>
        <w:t xml:space="preserve">To continue under </w:t>
      </w:r>
      <w:proofErr w:type="gramStart"/>
      <w:r>
        <w:rPr>
          <w:color w:val="1F2937"/>
        </w:rPr>
        <w:t>scholarship</w:t>
      </w:r>
      <w:proofErr w:type="gramEnd"/>
      <w:r>
        <w:rPr>
          <w:color w:val="1F2937"/>
        </w:rPr>
        <w:t>, students will normally be expected to achieve an overall GPA or equivalent average of at least 60%, meet required attendance and participation standards, complete required practical and clinical activities, and maintain appropriate professional conduct. Where a student is struggling, support and review should come before assumptions are made about their ability to continue.</w:t>
      </w:r>
    </w:p>
    <w:p w14:paraId="096D3950" w14:textId="77777777" w:rsidR="00914452" w:rsidRDefault="00914452">
      <w:pPr>
        <w:spacing w:line="254" w:lineRule="auto"/>
        <w:rPr>
          <w:color w:val="1F2937"/>
        </w:rPr>
      </w:pPr>
    </w:p>
    <w:p w14:paraId="2FF5FAF3" w14:textId="77777777" w:rsidR="00914452" w:rsidRDefault="00914452">
      <w:pPr>
        <w:spacing w:line="254" w:lineRule="auto"/>
        <w:rPr>
          <w:color w:val="1F2937"/>
        </w:rPr>
      </w:pPr>
    </w:p>
    <w:p w14:paraId="12CDF991" w14:textId="77777777" w:rsidR="00914452" w:rsidRDefault="00914452">
      <w:pPr>
        <w:spacing w:line="254" w:lineRule="auto"/>
      </w:pPr>
    </w:p>
    <w:p w14:paraId="5AC9D6E2" w14:textId="77777777" w:rsidR="005B7B22" w:rsidRDefault="00333651">
      <w:pPr>
        <w:pBdr>
          <w:bottom w:val="single" w:sz="14" w:space="1" w:color="C59A3D"/>
        </w:pBdr>
        <w:spacing w:before="40" w:after="160"/>
      </w:pPr>
      <w:r>
        <w:rPr>
          <w:b/>
          <w:color w:val="17345C"/>
          <w:sz w:val="36"/>
        </w:rPr>
        <w:lastRenderedPageBreak/>
        <w:t>6. What we are looking for</w:t>
      </w:r>
    </w:p>
    <w:p w14:paraId="0C457A4A" w14:textId="77777777" w:rsidR="005B7B22" w:rsidRDefault="00333651">
      <w:pPr>
        <w:spacing w:line="254" w:lineRule="auto"/>
      </w:pPr>
      <w:r>
        <w:rPr>
          <w:color w:val="1F2937"/>
        </w:rPr>
        <w:t>This is not an academic competition. We are not looking for the applicant with the longest list of qualifications. We are looking for people who can show that they want the opportunity and will make genuine use of it.</w:t>
      </w:r>
    </w:p>
    <w:p w14:paraId="607128B8" w14:textId="0180AED9" w:rsidR="005B7B22" w:rsidRDefault="00333651">
      <w:pPr>
        <w:pStyle w:val="ListBullet"/>
        <w:spacing w:after="40"/>
        <w:ind w:left="259"/>
      </w:pPr>
      <w:r>
        <w:rPr>
          <w:color w:val="1F2937"/>
          <w:sz w:val="20"/>
        </w:rPr>
        <w:t>Motivation to learn and develop</w:t>
      </w:r>
      <w:r w:rsidR="00914452">
        <w:rPr>
          <w:color w:val="1F2937"/>
          <w:sz w:val="20"/>
        </w:rPr>
        <w:t xml:space="preserve">, especially within the health care sector. </w:t>
      </w:r>
    </w:p>
    <w:p w14:paraId="703411C1" w14:textId="77777777" w:rsidR="005B7B22" w:rsidRDefault="00333651">
      <w:pPr>
        <w:pStyle w:val="ListBullet"/>
        <w:spacing w:after="40"/>
        <w:ind w:left="259"/>
      </w:pPr>
      <w:r>
        <w:rPr>
          <w:color w:val="1F2937"/>
          <w:sz w:val="20"/>
        </w:rPr>
        <w:t xml:space="preserve">Commitment to </w:t>
      </w:r>
      <w:proofErr w:type="gramStart"/>
      <w:r>
        <w:rPr>
          <w:color w:val="1F2937"/>
          <w:sz w:val="20"/>
        </w:rPr>
        <w:t>participating in</w:t>
      </w:r>
      <w:proofErr w:type="gramEnd"/>
      <w:r>
        <w:rPr>
          <w:color w:val="1F2937"/>
          <w:sz w:val="20"/>
        </w:rPr>
        <w:t xml:space="preserve"> online, live and face-to-face learning.</w:t>
      </w:r>
    </w:p>
    <w:p w14:paraId="1899FD12" w14:textId="77777777" w:rsidR="005B7B22" w:rsidRDefault="00333651">
      <w:pPr>
        <w:pStyle w:val="ListBullet"/>
        <w:spacing w:after="40"/>
        <w:ind w:left="259"/>
      </w:pPr>
      <w:r>
        <w:rPr>
          <w:color w:val="1F2937"/>
          <w:sz w:val="20"/>
        </w:rPr>
        <w:t>Willingness to ask for help and work with tutors.</w:t>
      </w:r>
    </w:p>
    <w:p w14:paraId="668E5B00" w14:textId="581BA0CF" w:rsidR="005B7B22" w:rsidRDefault="00333651">
      <w:pPr>
        <w:pStyle w:val="ListBullet"/>
        <w:spacing w:after="40"/>
        <w:ind w:left="259"/>
      </w:pPr>
      <w:r>
        <w:rPr>
          <w:color w:val="1F2937"/>
          <w:sz w:val="20"/>
        </w:rPr>
        <w:t>A realistic interest in health, science, natural medicine, therapy, clinical practice or helping people.</w:t>
      </w:r>
      <w:r w:rsidR="00914452">
        <w:rPr>
          <w:color w:val="1F2937"/>
          <w:sz w:val="20"/>
        </w:rPr>
        <w:t xml:space="preserve"> This course is not a replacement for a medical career, it is a full career with ethics, discipline, rights and responsibilities in </w:t>
      </w:r>
      <w:proofErr w:type="spellStart"/>
      <w:proofErr w:type="gramStart"/>
      <w:r w:rsidR="00914452">
        <w:rPr>
          <w:color w:val="1F2937"/>
          <w:sz w:val="20"/>
        </w:rPr>
        <w:t>it’s</w:t>
      </w:r>
      <w:proofErr w:type="spellEnd"/>
      <w:proofErr w:type="gramEnd"/>
      <w:r w:rsidR="00914452">
        <w:rPr>
          <w:color w:val="1F2937"/>
          <w:sz w:val="20"/>
        </w:rPr>
        <w:t xml:space="preserve"> own right. </w:t>
      </w:r>
    </w:p>
    <w:p w14:paraId="7E46096E" w14:textId="77777777" w:rsidR="005B7B22" w:rsidRDefault="00333651">
      <w:pPr>
        <w:pStyle w:val="ListBullet"/>
        <w:spacing w:after="40"/>
        <w:ind w:left="259"/>
      </w:pPr>
      <w:r>
        <w:rPr>
          <w:color w:val="1F2937"/>
          <w:sz w:val="20"/>
        </w:rPr>
        <w:t>Persistence and the ability to keep going when learning becomes difficult.</w:t>
      </w:r>
    </w:p>
    <w:p w14:paraId="5FE4B985" w14:textId="77777777" w:rsidR="005B7B22" w:rsidRDefault="00333651">
      <w:pPr>
        <w:pStyle w:val="ListBullet"/>
        <w:spacing w:after="40"/>
        <w:ind w:left="259"/>
      </w:pPr>
      <w:r>
        <w:rPr>
          <w:color w:val="1F2937"/>
          <w:sz w:val="20"/>
        </w:rPr>
        <w:t>Potential to grow into a responsible student and future practitioner.</w:t>
      </w:r>
    </w:p>
    <w:p w14:paraId="64AE0732" w14:textId="77777777" w:rsidR="005B7B22" w:rsidRDefault="00333651">
      <w:pPr>
        <w:pBdr>
          <w:bottom w:val="single" w:sz="14" w:space="1" w:color="C59A3D"/>
        </w:pBdr>
        <w:spacing w:before="40" w:after="160"/>
      </w:pPr>
      <w:r>
        <w:rPr>
          <w:b/>
          <w:color w:val="17345C"/>
          <w:sz w:val="36"/>
        </w:rPr>
        <w:t>7. How applications will be considered</w:t>
      </w:r>
    </w:p>
    <w:p w14:paraId="0356E7E1" w14:textId="174534AE" w:rsidR="005B7B22" w:rsidRDefault="00333651">
      <w:pPr>
        <w:spacing w:line="254" w:lineRule="auto"/>
      </w:pPr>
      <w:r>
        <w:rPr>
          <w:color w:val="1F2937"/>
        </w:rPr>
        <w:t>Applications will be considered as a whole. Previous grades may be discussed if you have them, but they are not required and they are not the main basis of selection. Spelling, grammar or writing style in this form will not be used to judge your intelligence or potential</w:t>
      </w:r>
      <w:r w:rsidR="00CC70F4">
        <w:rPr>
          <w:color w:val="1F2937"/>
        </w:rPr>
        <w:t xml:space="preserve">, but it will help us understand what support we will need to provide you with. </w:t>
      </w:r>
    </w:p>
    <w:p w14:paraId="64FFDD35" w14:textId="0D9CE030" w:rsidR="00CC70F4" w:rsidRPr="00CC70F4" w:rsidRDefault="00333651">
      <w:pPr>
        <w:spacing w:line="254" w:lineRule="auto"/>
        <w:rPr>
          <w:color w:val="1F2937"/>
        </w:rPr>
      </w:pPr>
      <w:r>
        <w:rPr>
          <w:color w:val="1F2937"/>
        </w:rPr>
        <w:t>We may invite shortlisted applicants to an informal conversation or interview. This is intended to help us get to know you, explain the programme and check that the course is suitable for you. Adjustments can be made for applicants who need them.</w:t>
      </w:r>
      <w:r w:rsidR="00CC70F4">
        <w:rPr>
          <w:color w:val="1F2937"/>
        </w:rPr>
        <w:t xml:space="preserve"> We recommend that you read the full course descriptions so that you know what will be expected of you during training and after graduation and during career development stages. </w:t>
      </w:r>
    </w:p>
    <w:p w14:paraId="7D44688C" w14:textId="77777777" w:rsidR="005B7B22" w:rsidRDefault="00333651">
      <w:pPr>
        <w:pBdr>
          <w:bottom w:val="single" w:sz="14" w:space="1" w:color="C59A3D"/>
        </w:pBdr>
        <w:spacing w:before="40" w:after="160"/>
      </w:pPr>
      <w:r>
        <w:rPr>
          <w:b/>
          <w:color w:val="17345C"/>
          <w:sz w:val="36"/>
        </w:rPr>
        <w:t>8. Reference</w:t>
      </w:r>
    </w:p>
    <w:p w14:paraId="446BCFCD" w14:textId="45A3756C" w:rsidR="005B7B22" w:rsidRDefault="00333651">
      <w:pPr>
        <w:spacing w:line="254" w:lineRule="auto"/>
      </w:pPr>
      <w:r>
        <w:rPr>
          <w:color w:val="1F2937"/>
        </w:rPr>
        <w:t xml:space="preserve">Your application must be supported by </w:t>
      </w:r>
      <w:r w:rsidR="00CC70F4">
        <w:rPr>
          <w:color w:val="1F2937"/>
        </w:rPr>
        <w:t xml:space="preserve">at least </w:t>
      </w:r>
      <w:r>
        <w:rPr>
          <w:color w:val="1F2937"/>
        </w:rPr>
        <w:t>one reference from someone who knows you and can comment honestly on your circumstances, character, motivation or potential. The referee does not need to be a doctor or senior professional.</w:t>
      </w:r>
    </w:p>
    <w:p w14:paraId="770FB892" w14:textId="77777777" w:rsidR="005B7B22" w:rsidRDefault="00333651">
      <w:pPr>
        <w:pStyle w:val="ListBullet"/>
        <w:spacing w:after="40"/>
        <w:ind w:left="259"/>
      </w:pPr>
      <w:r>
        <w:rPr>
          <w:color w:val="1F2937"/>
          <w:sz w:val="20"/>
        </w:rPr>
        <w:t>Teacher, lecturer or tutor</w:t>
      </w:r>
    </w:p>
    <w:p w14:paraId="3128B5B9" w14:textId="77777777" w:rsidR="005B7B22" w:rsidRDefault="00333651">
      <w:pPr>
        <w:pStyle w:val="ListBullet"/>
        <w:spacing w:after="40"/>
        <w:ind w:left="259"/>
      </w:pPr>
      <w:r>
        <w:rPr>
          <w:color w:val="1F2937"/>
          <w:sz w:val="20"/>
        </w:rPr>
        <w:t>Support worker, social worker or youth worker</w:t>
      </w:r>
    </w:p>
    <w:p w14:paraId="01D03747" w14:textId="77777777" w:rsidR="005B7B22" w:rsidRDefault="00333651">
      <w:pPr>
        <w:pStyle w:val="ListBullet"/>
        <w:spacing w:after="40"/>
        <w:ind w:left="259"/>
      </w:pPr>
      <w:r>
        <w:rPr>
          <w:color w:val="1F2937"/>
          <w:sz w:val="20"/>
        </w:rPr>
        <w:t>Carer or care professional</w:t>
      </w:r>
    </w:p>
    <w:p w14:paraId="2BE553B2" w14:textId="77777777" w:rsidR="005B7B22" w:rsidRDefault="00333651">
      <w:pPr>
        <w:pStyle w:val="ListBullet"/>
        <w:spacing w:after="40"/>
        <w:ind w:left="259"/>
      </w:pPr>
      <w:r>
        <w:rPr>
          <w:color w:val="1F2937"/>
          <w:sz w:val="20"/>
        </w:rPr>
        <w:t>Employer, supervisor or volunteer coordinator</w:t>
      </w:r>
    </w:p>
    <w:p w14:paraId="17C89049" w14:textId="77777777" w:rsidR="005B7B22" w:rsidRDefault="00333651">
      <w:pPr>
        <w:pStyle w:val="ListBullet"/>
        <w:spacing w:after="40"/>
        <w:ind w:left="259"/>
      </w:pPr>
      <w:r>
        <w:rPr>
          <w:color w:val="1F2937"/>
          <w:sz w:val="20"/>
        </w:rPr>
        <w:t>Healthcare professional</w:t>
      </w:r>
    </w:p>
    <w:p w14:paraId="045408FB" w14:textId="77777777" w:rsidR="005B7B22" w:rsidRDefault="00333651">
      <w:pPr>
        <w:pStyle w:val="ListBullet"/>
        <w:spacing w:after="40"/>
        <w:ind w:left="259"/>
      </w:pPr>
      <w:r>
        <w:rPr>
          <w:color w:val="1F2937"/>
          <w:sz w:val="20"/>
        </w:rPr>
        <w:t>Another responsible adult who knows you well</w:t>
      </w:r>
    </w:p>
    <w:p w14:paraId="599F3716" w14:textId="77777777" w:rsidR="00CC70F4" w:rsidRDefault="00333651">
      <w:pPr>
        <w:spacing w:line="254" w:lineRule="auto"/>
        <w:rPr>
          <w:color w:val="1F2937"/>
        </w:rPr>
      </w:pPr>
      <w:r>
        <w:rPr>
          <w:color w:val="1F2937"/>
        </w:rPr>
        <w:t>A close friend, partner or immediate family member should not normally act as the referee unless there is a clear reason why no other suitable person is available. If you are unsure, contact us before submitting the application.</w:t>
      </w:r>
      <w:r w:rsidR="00CC70F4">
        <w:rPr>
          <w:color w:val="1F2937"/>
        </w:rPr>
        <w:t xml:space="preserve"> The more contact we have with you, e.g. if you come for chats, clinical shadowing </w:t>
      </w:r>
      <w:proofErr w:type="spellStart"/>
      <w:r w:rsidR="00CC70F4">
        <w:rPr>
          <w:color w:val="1F2937"/>
        </w:rPr>
        <w:t>etc</w:t>
      </w:r>
      <w:proofErr w:type="spellEnd"/>
      <w:r w:rsidR="00CC70F4">
        <w:rPr>
          <w:color w:val="1F2937"/>
        </w:rPr>
        <w:t xml:space="preserve">, we can also act as </w:t>
      </w:r>
      <w:proofErr w:type="gramStart"/>
      <w:r w:rsidR="00CC70F4">
        <w:rPr>
          <w:color w:val="1F2937"/>
        </w:rPr>
        <w:t>referee</w:t>
      </w:r>
      <w:proofErr w:type="gramEnd"/>
      <w:r w:rsidR="00CC70F4">
        <w:rPr>
          <w:color w:val="1F2937"/>
        </w:rPr>
        <w:t xml:space="preserve">. </w:t>
      </w:r>
    </w:p>
    <w:p w14:paraId="26E92B19" w14:textId="5061F921" w:rsidR="005B7B22" w:rsidRDefault="00CC70F4">
      <w:pPr>
        <w:spacing w:line="254" w:lineRule="auto"/>
      </w:pPr>
      <w:r>
        <w:rPr>
          <w:color w:val="1F2937"/>
        </w:rPr>
        <w:t xml:space="preserve"> </w:t>
      </w:r>
    </w:p>
    <w:p w14:paraId="5A273479" w14:textId="77777777" w:rsidR="005B7B22" w:rsidRDefault="00333651">
      <w:pPr>
        <w:pBdr>
          <w:bottom w:val="single" w:sz="14" w:space="1" w:color="C59A3D"/>
        </w:pBdr>
        <w:spacing w:before="40" w:after="160"/>
      </w:pPr>
      <w:r>
        <w:rPr>
          <w:b/>
          <w:color w:val="17345C"/>
          <w:sz w:val="36"/>
        </w:rPr>
        <w:t>9. Before you start the form</w:t>
      </w:r>
    </w:p>
    <w:p w14:paraId="2D14F05B" w14:textId="77777777" w:rsidR="005B7B22" w:rsidRDefault="00333651">
      <w:pPr>
        <w:pStyle w:val="ListBullet"/>
        <w:spacing w:after="40"/>
        <w:ind w:left="259"/>
      </w:pPr>
      <w:r>
        <w:rPr>
          <w:color w:val="1F2937"/>
          <w:sz w:val="20"/>
        </w:rPr>
        <w:t>You can type into this document or print it and write by hand.</w:t>
      </w:r>
    </w:p>
    <w:p w14:paraId="1755AA34" w14:textId="77777777" w:rsidR="005B7B22" w:rsidRDefault="00333651">
      <w:pPr>
        <w:pStyle w:val="ListBullet"/>
        <w:spacing w:after="40"/>
        <w:ind w:left="259"/>
      </w:pPr>
      <w:r>
        <w:rPr>
          <w:color w:val="1F2937"/>
          <w:sz w:val="20"/>
        </w:rPr>
        <w:t>If writing is difficult for you, ask us about another way of giving your answers.</w:t>
      </w:r>
    </w:p>
    <w:p w14:paraId="4C6F49E2" w14:textId="77777777" w:rsidR="005B7B22" w:rsidRDefault="00333651">
      <w:pPr>
        <w:pStyle w:val="ListBullet"/>
        <w:spacing w:after="40"/>
        <w:ind w:left="259"/>
      </w:pPr>
      <w:r>
        <w:rPr>
          <w:color w:val="1F2937"/>
          <w:sz w:val="20"/>
        </w:rPr>
        <w:t>You do not need to disclose a diagnosis to explain that you need learning support.</w:t>
      </w:r>
    </w:p>
    <w:p w14:paraId="64723765" w14:textId="77777777" w:rsidR="005B7B22" w:rsidRDefault="00333651">
      <w:pPr>
        <w:pStyle w:val="ListBullet"/>
        <w:spacing w:after="40"/>
        <w:ind w:left="259"/>
      </w:pPr>
      <w:r>
        <w:rPr>
          <w:color w:val="1F2937"/>
          <w:sz w:val="20"/>
        </w:rPr>
        <w:t>There are no trick questions. Short, honest answers are fine.</w:t>
      </w:r>
    </w:p>
    <w:p w14:paraId="0CC404CC" w14:textId="77777777" w:rsidR="005B7B22" w:rsidRDefault="00333651">
      <w:pPr>
        <w:pStyle w:val="ListBullet"/>
        <w:spacing w:after="40"/>
        <w:ind w:left="259"/>
      </w:pPr>
      <w:r>
        <w:rPr>
          <w:color w:val="1F2937"/>
          <w:sz w:val="20"/>
        </w:rPr>
        <w:t>You may ask a teacher, support worker or another trusted person to help you understand the form, but the answers should reflect your own views and experiences.</w:t>
      </w:r>
    </w:p>
    <w:p w14:paraId="6B142C07" w14:textId="77777777" w:rsidR="00CC70F4" w:rsidRDefault="00CC70F4">
      <w:pPr>
        <w:pBdr>
          <w:bottom w:val="single" w:sz="14" w:space="1" w:color="C59A3D"/>
        </w:pBdr>
        <w:spacing w:before="40" w:after="160"/>
        <w:rPr>
          <w:b/>
          <w:color w:val="17345C"/>
          <w:sz w:val="36"/>
        </w:rPr>
      </w:pPr>
      <w:r>
        <w:rPr>
          <w:b/>
          <w:color w:val="17345C"/>
          <w:sz w:val="36"/>
        </w:rPr>
        <w:lastRenderedPageBreak/>
        <w:t xml:space="preserve">JAKE GEORGE BEATTIE-PEARCE SCHOLARSHIP </w:t>
      </w:r>
    </w:p>
    <w:p w14:paraId="56F8B730" w14:textId="02B529B7" w:rsidR="005B7B22" w:rsidRDefault="00333651">
      <w:pPr>
        <w:pBdr>
          <w:bottom w:val="single" w:sz="14" w:space="1" w:color="C59A3D"/>
        </w:pBdr>
        <w:spacing w:before="40" w:after="160"/>
      </w:pPr>
      <w:r>
        <w:rPr>
          <w:b/>
          <w:color w:val="17345C"/>
          <w:sz w:val="36"/>
        </w:rPr>
        <w:t>APPLICATION FORM</w:t>
      </w:r>
      <w:r w:rsidR="00CC70F4">
        <w:rPr>
          <w:b/>
          <w:color w:val="17345C"/>
          <w:sz w:val="36"/>
        </w:rPr>
        <w:t xml:space="preserve"> (PRIVATE AND CONFIDENTIAL)</w:t>
      </w:r>
    </w:p>
    <w:p w14:paraId="1E98854E" w14:textId="77777777" w:rsidR="005B7B22" w:rsidRDefault="00333651">
      <w:pPr>
        <w:spacing w:line="254" w:lineRule="auto"/>
      </w:pPr>
      <w:r>
        <w:rPr>
          <w:color w:val="1F2937"/>
        </w:rPr>
        <w:t>Please complete as much as you can. If a question does not apply to you, write “N/A”. If you need help completing the form, contact UCHSc and we will try to make the application process accessible to you.</w:t>
      </w:r>
    </w:p>
    <w:p w14:paraId="5C3EC525" w14:textId="77777777" w:rsidR="005B7B22" w:rsidRDefault="00333651">
      <w:pPr>
        <w:spacing w:before="160" w:after="80"/>
      </w:pPr>
      <w:r>
        <w:rPr>
          <w:b/>
          <w:color w:val="17345C"/>
          <w:sz w:val="26"/>
        </w:rPr>
        <w:t>A. Your details</w:t>
      </w:r>
    </w:p>
    <w:tbl>
      <w:tblPr>
        <w:tblW w:w="0" w:type="auto"/>
        <w:jc w:val="center"/>
        <w:tblLayout w:type="fixed"/>
        <w:tblLook w:val="04A0" w:firstRow="1" w:lastRow="0" w:firstColumn="1" w:lastColumn="0" w:noHBand="0" w:noVBand="1"/>
      </w:tblPr>
      <w:tblGrid>
        <w:gridCol w:w="5184"/>
        <w:gridCol w:w="5184"/>
      </w:tblGrid>
      <w:tr w:rsidR="005B7B22" w14:paraId="37158FF1" w14:textId="77777777">
        <w:trPr>
          <w:jc w:val="center"/>
        </w:trPr>
        <w:tc>
          <w:tcPr>
            <w:tcW w:w="5184" w:type="dxa"/>
            <w:shd w:val="clear" w:color="auto" w:fill="FBFCFE"/>
            <w:tcMar>
              <w:top w:w="70" w:type="dxa"/>
              <w:left w:w="90" w:type="dxa"/>
              <w:bottom w:w="70" w:type="dxa"/>
              <w:right w:w="90" w:type="dxa"/>
            </w:tcMar>
          </w:tcPr>
          <w:p w14:paraId="6F1E050A" w14:textId="77777777" w:rsidR="005B7B22" w:rsidRDefault="00333651">
            <w:r>
              <w:rPr>
                <w:b/>
                <w:color w:val="17345C"/>
                <w:sz w:val="19"/>
              </w:rPr>
              <w:t>Full name</w:t>
            </w:r>
            <w:r>
              <w:rPr>
                <w:b/>
                <w:color w:val="17345C"/>
                <w:sz w:val="19"/>
              </w:rPr>
              <w:br/>
            </w:r>
            <w:r>
              <w:rPr>
                <w:color w:val="646464"/>
                <w:sz w:val="19"/>
              </w:rPr>
              <w:t>________________________________________________</w:t>
            </w:r>
          </w:p>
        </w:tc>
        <w:tc>
          <w:tcPr>
            <w:tcW w:w="5184" w:type="dxa"/>
            <w:shd w:val="clear" w:color="auto" w:fill="FBFCFE"/>
            <w:tcMar>
              <w:top w:w="70" w:type="dxa"/>
              <w:left w:w="90" w:type="dxa"/>
              <w:bottom w:w="70" w:type="dxa"/>
              <w:right w:w="90" w:type="dxa"/>
            </w:tcMar>
          </w:tcPr>
          <w:p w14:paraId="6DB44059" w14:textId="77777777" w:rsidR="005B7B22" w:rsidRDefault="00333651">
            <w:r>
              <w:rPr>
                <w:b/>
                <w:color w:val="17345C"/>
                <w:sz w:val="19"/>
              </w:rPr>
              <w:t>Preferred name</w:t>
            </w:r>
            <w:r>
              <w:rPr>
                <w:b/>
                <w:color w:val="17345C"/>
                <w:sz w:val="19"/>
              </w:rPr>
              <w:br/>
            </w:r>
            <w:r>
              <w:rPr>
                <w:color w:val="646464"/>
                <w:sz w:val="19"/>
              </w:rPr>
              <w:t>________________________________________________</w:t>
            </w:r>
          </w:p>
        </w:tc>
      </w:tr>
      <w:tr w:rsidR="005B7B22" w14:paraId="122A0C54" w14:textId="77777777">
        <w:trPr>
          <w:jc w:val="center"/>
        </w:trPr>
        <w:tc>
          <w:tcPr>
            <w:tcW w:w="5184" w:type="dxa"/>
            <w:shd w:val="clear" w:color="auto" w:fill="FFFFFF"/>
            <w:tcMar>
              <w:top w:w="70" w:type="dxa"/>
              <w:left w:w="90" w:type="dxa"/>
              <w:bottom w:w="70" w:type="dxa"/>
              <w:right w:w="90" w:type="dxa"/>
            </w:tcMar>
          </w:tcPr>
          <w:p w14:paraId="513FE2E5" w14:textId="77777777" w:rsidR="005B7B22" w:rsidRDefault="00333651">
            <w:r>
              <w:rPr>
                <w:b/>
                <w:color w:val="17345C"/>
                <w:sz w:val="19"/>
              </w:rPr>
              <w:t>Date of birth</w:t>
            </w:r>
            <w:r>
              <w:rPr>
                <w:b/>
                <w:color w:val="17345C"/>
                <w:sz w:val="19"/>
              </w:rPr>
              <w:br/>
            </w:r>
            <w:r>
              <w:rPr>
                <w:color w:val="646464"/>
                <w:sz w:val="19"/>
              </w:rPr>
              <w:t>________________________________________________</w:t>
            </w:r>
          </w:p>
        </w:tc>
        <w:tc>
          <w:tcPr>
            <w:tcW w:w="5184" w:type="dxa"/>
            <w:shd w:val="clear" w:color="auto" w:fill="FFFFFF"/>
            <w:tcMar>
              <w:top w:w="70" w:type="dxa"/>
              <w:left w:w="90" w:type="dxa"/>
              <w:bottom w:w="70" w:type="dxa"/>
              <w:right w:w="90" w:type="dxa"/>
            </w:tcMar>
          </w:tcPr>
          <w:p w14:paraId="1AF05CEF" w14:textId="77777777" w:rsidR="005B7B22" w:rsidRDefault="00333651">
            <w:r>
              <w:rPr>
                <w:b/>
                <w:color w:val="17345C"/>
                <w:sz w:val="19"/>
              </w:rPr>
              <w:t>Age</w:t>
            </w:r>
            <w:r>
              <w:rPr>
                <w:b/>
                <w:color w:val="17345C"/>
                <w:sz w:val="19"/>
              </w:rPr>
              <w:br/>
            </w:r>
            <w:r>
              <w:rPr>
                <w:color w:val="646464"/>
                <w:sz w:val="19"/>
              </w:rPr>
              <w:t>________________________________________________</w:t>
            </w:r>
          </w:p>
        </w:tc>
      </w:tr>
      <w:tr w:rsidR="005B7B22" w14:paraId="71AF4103" w14:textId="77777777">
        <w:trPr>
          <w:jc w:val="center"/>
        </w:trPr>
        <w:tc>
          <w:tcPr>
            <w:tcW w:w="5184" w:type="dxa"/>
            <w:shd w:val="clear" w:color="auto" w:fill="FBFCFE"/>
            <w:tcMar>
              <w:top w:w="70" w:type="dxa"/>
              <w:left w:w="90" w:type="dxa"/>
              <w:bottom w:w="70" w:type="dxa"/>
              <w:right w:w="90" w:type="dxa"/>
            </w:tcMar>
          </w:tcPr>
          <w:p w14:paraId="72279B46" w14:textId="77777777" w:rsidR="005B7B22" w:rsidRDefault="00333651">
            <w:r>
              <w:rPr>
                <w:b/>
                <w:color w:val="17345C"/>
                <w:sz w:val="19"/>
              </w:rPr>
              <w:t>Email address</w:t>
            </w:r>
            <w:r>
              <w:rPr>
                <w:b/>
                <w:color w:val="17345C"/>
                <w:sz w:val="19"/>
              </w:rPr>
              <w:br/>
            </w:r>
            <w:r>
              <w:rPr>
                <w:color w:val="646464"/>
                <w:sz w:val="19"/>
              </w:rPr>
              <w:t>________________________________________________</w:t>
            </w:r>
          </w:p>
        </w:tc>
        <w:tc>
          <w:tcPr>
            <w:tcW w:w="5184" w:type="dxa"/>
            <w:shd w:val="clear" w:color="auto" w:fill="FBFCFE"/>
            <w:tcMar>
              <w:top w:w="70" w:type="dxa"/>
              <w:left w:w="90" w:type="dxa"/>
              <w:bottom w:w="70" w:type="dxa"/>
              <w:right w:w="90" w:type="dxa"/>
            </w:tcMar>
          </w:tcPr>
          <w:p w14:paraId="747CC570" w14:textId="77777777" w:rsidR="005B7B22" w:rsidRDefault="00333651">
            <w:r>
              <w:rPr>
                <w:b/>
                <w:color w:val="17345C"/>
                <w:sz w:val="19"/>
              </w:rPr>
              <w:t>Telephone / mobile</w:t>
            </w:r>
            <w:r>
              <w:rPr>
                <w:b/>
                <w:color w:val="17345C"/>
                <w:sz w:val="19"/>
              </w:rPr>
              <w:br/>
            </w:r>
            <w:r>
              <w:rPr>
                <w:color w:val="646464"/>
                <w:sz w:val="19"/>
              </w:rPr>
              <w:t>________________________________________________</w:t>
            </w:r>
          </w:p>
        </w:tc>
      </w:tr>
      <w:tr w:rsidR="005B7B22" w14:paraId="7B116391" w14:textId="77777777">
        <w:trPr>
          <w:jc w:val="center"/>
        </w:trPr>
        <w:tc>
          <w:tcPr>
            <w:tcW w:w="5184" w:type="dxa"/>
            <w:shd w:val="clear" w:color="auto" w:fill="FFFFFF"/>
            <w:tcMar>
              <w:top w:w="70" w:type="dxa"/>
              <w:left w:w="90" w:type="dxa"/>
              <w:bottom w:w="70" w:type="dxa"/>
              <w:right w:w="90" w:type="dxa"/>
            </w:tcMar>
          </w:tcPr>
          <w:p w14:paraId="6B5DFC82" w14:textId="77777777" w:rsidR="005B7B22" w:rsidRDefault="00333651">
            <w:r>
              <w:rPr>
                <w:b/>
                <w:color w:val="17345C"/>
                <w:sz w:val="19"/>
              </w:rPr>
              <w:t>Home address</w:t>
            </w:r>
            <w:r>
              <w:rPr>
                <w:b/>
                <w:color w:val="17345C"/>
                <w:sz w:val="19"/>
              </w:rPr>
              <w:br/>
            </w:r>
            <w:r>
              <w:rPr>
                <w:color w:val="646464"/>
                <w:sz w:val="19"/>
              </w:rPr>
              <w:t>________________________________________________</w:t>
            </w:r>
          </w:p>
        </w:tc>
        <w:tc>
          <w:tcPr>
            <w:tcW w:w="5184" w:type="dxa"/>
            <w:shd w:val="clear" w:color="auto" w:fill="FFFFFF"/>
            <w:tcMar>
              <w:top w:w="70" w:type="dxa"/>
              <w:left w:w="90" w:type="dxa"/>
              <w:bottom w:w="70" w:type="dxa"/>
              <w:right w:w="90" w:type="dxa"/>
            </w:tcMar>
          </w:tcPr>
          <w:p w14:paraId="0FAD0123" w14:textId="77777777" w:rsidR="005B7B22" w:rsidRDefault="00333651">
            <w:r>
              <w:rPr>
                <w:b/>
                <w:color w:val="17345C"/>
                <w:sz w:val="19"/>
              </w:rPr>
              <w:t>Postcode</w:t>
            </w:r>
            <w:r>
              <w:rPr>
                <w:b/>
                <w:color w:val="17345C"/>
                <w:sz w:val="19"/>
              </w:rPr>
              <w:br/>
            </w:r>
            <w:r>
              <w:rPr>
                <w:color w:val="646464"/>
                <w:sz w:val="19"/>
              </w:rPr>
              <w:t>________________________________________________</w:t>
            </w:r>
          </w:p>
        </w:tc>
      </w:tr>
      <w:tr w:rsidR="005B7B22" w14:paraId="55E00673" w14:textId="77777777">
        <w:trPr>
          <w:jc w:val="center"/>
        </w:trPr>
        <w:tc>
          <w:tcPr>
            <w:tcW w:w="5184" w:type="dxa"/>
            <w:shd w:val="clear" w:color="auto" w:fill="FBFCFE"/>
            <w:tcMar>
              <w:top w:w="70" w:type="dxa"/>
              <w:left w:w="90" w:type="dxa"/>
              <w:bottom w:w="70" w:type="dxa"/>
              <w:right w:w="90" w:type="dxa"/>
            </w:tcMar>
          </w:tcPr>
          <w:p w14:paraId="6525B94B" w14:textId="77777777" w:rsidR="005B7B22" w:rsidRDefault="00333651">
            <w:r>
              <w:rPr>
                <w:b/>
                <w:color w:val="17345C"/>
                <w:sz w:val="19"/>
              </w:rPr>
              <w:t>Emergency contact name</w:t>
            </w:r>
            <w:r>
              <w:rPr>
                <w:b/>
                <w:color w:val="17345C"/>
                <w:sz w:val="19"/>
              </w:rPr>
              <w:br/>
            </w:r>
            <w:r>
              <w:rPr>
                <w:color w:val="646464"/>
                <w:sz w:val="19"/>
              </w:rPr>
              <w:t>________________________________________________</w:t>
            </w:r>
          </w:p>
        </w:tc>
        <w:tc>
          <w:tcPr>
            <w:tcW w:w="5184" w:type="dxa"/>
            <w:shd w:val="clear" w:color="auto" w:fill="FBFCFE"/>
            <w:tcMar>
              <w:top w:w="70" w:type="dxa"/>
              <w:left w:w="90" w:type="dxa"/>
              <w:bottom w:w="70" w:type="dxa"/>
              <w:right w:w="90" w:type="dxa"/>
            </w:tcMar>
          </w:tcPr>
          <w:p w14:paraId="734269C1" w14:textId="77777777" w:rsidR="005B7B22" w:rsidRDefault="00333651">
            <w:r>
              <w:rPr>
                <w:b/>
                <w:color w:val="17345C"/>
                <w:sz w:val="19"/>
              </w:rPr>
              <w:t>Emergency contact number</w:t>
            </w:r>
            <w:r>
              <w:rPr>
                <w:b/>
                <w:color w:val="17345C"/>
                <w:sz w:val="19"/>
              </w:rPr>
              <w:br/>
            </w:r>
            <w:r>
              <w:rPr>
                <w:color w:val="646464"/>
                <w:sz w:val="19"/>
              </w:rPr>
              <w:t>________________________________________________</w:t>
            </w:r>
          </w:p>
        </w:tc>
      </w:tr>
    </w:tbl>
    <w:p w14:paraId="0E645501" w14:textId="77777777" w:rsidR="005B7B22" w:rsidRDefault="00333651">
      <w:pPr>
        <w:spacing w:before="160" w:after="80"/>
      </w:pPr>
      <w:r>
        <w:rPr>
          <w:b/>
          <w:color w:val="17345C"/>
          <w:sz w:val="26"/>
        </w:rPr>
        <w:t>B. Programme you are applying for</w:t>
      </w:r>
    </w:p>
    <w:tbl>
      <w:tblPr>
        <w:tblW w:w="0" w:type="auto"/>
        <w:jc w:val="center"/>
        <w:tblLook w:val="04A0" w:firstRow="1" w:lastRow="0" w:firstColumn="1" w:lastColumn="0" w:noHBand="0" w:noVBand="1"/>
      </w:tblPr>
      <w:tblGrid>
        <w:gridCol w:w="10368"/>
      </w:tblGrid>
      <w:tr w:rsidR="005B7B22" w14:paraId="212B4091" w14:textId="77777777">
        <w:trPr>
          <w:jc w:val="center"/>
        </w:trPr>
        <w:tc>
          <w:tcPr>
            <w:tcW w:w="10368" w:type="dxa"/>
            <w:tcMar>
              <w:top w:w="55" w:type="dxa"/>
              <w:left w:w="70" w:type="dxa"/>
              <w:bottom w:w="55" w:type="dxa"/>
              <w:right w:w="70" w:type="dxa"/>
            </w:tcMar>
          </w:tcPr>
          <w:p w14:paraId="3A1DB811" w14:textId="77777777" w:rsidR="005B7B22" w:rsidRDefault="00333651">
            <w:r>
              <w:rPr>
                <w:color w:val="1F2937"/>
                <w:sz w:val="19"/>
              </w:rPr>
              <w:t>☐</w:t>
            </w:r>
            <w:r>
              <w:rPr>
                <w:color w:val="1F2937"/>
                <w:sz w:val="19"/>
              </w:rPr>
              <w:t xml:space="preserve"> ND - Naturopathic Doctor programme</w:t>
            </w:r>
          </w:p>
        </w:tc>
      </w:tr>
      <w:tr w:rsidR="005B7B22" w14:paraId="4BE7424C" w14:textId="77777777">
        <w:trPr>
          <w:jc w:val="center"/>
        </w:trPr>
        <w:tc>
          <w:tcPr>
            <w:tcW w:w="10368" w:type="dxa"/>
            <w:tcMar>
              <w:top w:w="55" w:type="dxa"/>
              <w:left w:w="70" w:type="dxa"/>
              <w:bottom w:w="55" w:type="dxa"/>
              <w:right w:w="70" w:type="dxa"/>
            </w:tcMar>
          </w:tcPr>
          <w:p w14:paraId="1358ACBB" w14:textId="77777777" w:rsidR="005B7B22" w:rsidRDefault="00333651">
            <w:r>
              <w:rPr>
                <w:color w:val="1F2937"/>
                <w:sz w:val="19"/>
              </w:rPr>
              <w:t>☐</w:t>
            </w:r>
            <w:r>
              <w:rPr>
                <w:color w:val="1F2937"/>
                <w:sz w:val="19"/>
              </w:rPr>
              <w:t xml:space="preserve"> DN - Naprapathic Doctor programme</w:t>
            </w:r>
          </w:p>
        </w:tc>
      </w:tr>
      <w:tr w:rsidR="005B7B22" w14:paraId="1E722683" w14:textId="77777777">
        <w:trPr>
          <w:jc w:val="center"/>
        </w:trPr>
        <w:tc>
          <w:tcPr>
            <w:tcW w:w="10368" w:type="dxa"/>
            <w:tcMar>
              <w:top w:w="55" w:type="dxa"/>
              <w:left w:w="70" w:type="dxa"/>
              <w:bottom w:w="55" w:type="dxa"/>
              <w:right w:w="70" w:type="dxa"/>
            </w:tcMar>
          </w:tcPr>
          <w:p w14:paraId="01E73894" w14:textId="77777777" w:rsidR="005B7B22" w:rsidRDefault="00333651">
            <w:r>
              <w:rPr>
                <w:color w:val="1F2937"/>
                <w:sz w:val="19"/>
              </w:rPr>
              <w:t>☐</w:t>
            </w:r>
            <w:r>
              <w:rPr>
                <w:color w:val="1F2937"/>
                <w:sz w:val="19"/>
              </w:rPr>
              <w:t xml:space="preserve"> Not sure yet - I would like advice</w:t>
            </w:r>
          </w:p>
        </w:tc>
      </w:tr>
    </w:tbl>
    <w:p w14:paraId="1C3C3188" w14:textId="77777777" w:rsidR="005B7B22" w:rsidRDefault="00333651">
      <w:pPr>
        <w:spacing w:after="40"/>
      </w:pPr>
      <w:r>
        <w:rPr>
          <w:b/>
          <w:color w:val="1F2937"/>
          <w:sz w:val="20"/>
        </w:rPr>
        <w:t>Please tell us briefly why this programme interests you:</w:t>
      </w:r>
    </w:p>
    <w:p w14:paraId="4C44F2E4" w14:textId="77777777" w:rsidR="005B7B22" w:rsidRDefault="00333651">
      <w:pPr>
        <w:spacing w:after="40"/>
      </w:pPr>
      <w:r>
        <w:rPr>
          <w:color w:val="9B9B9B"/>
          <w:sz w:val="18"/>
        </w:rPr>
        <w:t>________________________________________________________________________________________________________</w:t>
      </w:r>
    </w:p>
    <w:p w14:paraId="0C26EF6B" w14:textId="77777777" w:rsidR="005B7B22" w:rsidRDefault="00333651">
      <w:pPr>
        <w:spacing w:after="40"/>
      </w:pPr>
      <w:r>
        <w:rPr>
          <w:color w:val="9B9B9B"/>
          <w:sz w:val="18"/>
        </w:rPr>
        <w:t>________________________________________________________________________________________________________</w:t>
      </w:r>
    </w:p>
    <w:p w14:paraId="4CBBA680" w14:textId="77777777" w:rsidR="005B7B22" w:rsidRDefault="00333651">
      <w:pPr>
        <w:spacing w:after="40"/>
      </w:pPr>
      <w:r>
        <w:rPr>
          <w:color w:val="9B9B9B"/>
          <w:sz w:val="18"/>
        </w:rPr>
        <w:t>________________________________________________________________________________________________________</w:t>
      </w:r>
    </w:p>
    <w:p w14:paraId="55EF530B" w14:textId="77777777" w:rsidR="005B7B22" w:rsidRDefault="00333651">
      <w:pPr>
        <w:spacing w:before="160" w:after="80"/>
      </w:pPr>
      <w:r>
        <w:rPr>
          <w:b/>
          <w:color w:val="17345C"/>
          <w:sz w:val="26"/>
        </w:rPr>
        <w:t>C. Travel and attendance</w:t>
      </w:r>
    </w:p>
    <w:tbl>
      <w:tblPr>
        <w:tblW w:w="0" w:type="auto"/>
        <w:jc w:val="center"/>
        <w:tblLook w:val="04A0" w:firstRow="1" w:lastRow="0" w:firstColumn="1" w:lastColumn="0" w:noHBand="0" w:noVBand="1"/>
      </w:tblPr>
      <w:tblGrid>
        <w:gridCol w:w="10368"/>
      </w:tblGrid>
      <w:tr w:rsidR="005B7B22" w14:paraId="2B4C5EFF" w14:textId="77777777">
        <w:trPr>
          <w:jc w:val="center"/>
        </w:trPr>
        <w:tc>
          <w:tcPr>
            <w:tcW w:w="10368" w:type="dxa"/>
            <w:tcMar>
              <w:top w:w="55" w:type="dxa"/>
              <w:left w:w="70" w:type="dxa"/>
              <w:bottom w:w="55" w:type="dxa"/>
              <w:right w:w="70" w:type="dxa"/>
            </w:tcMar>
          </w:tcPr>
          <w:p w14:paraId="59519EF7" w14:textId="77777777" w:rsidR="005B7B22" w:rsidRDefault="00333651">
            <w:r>
              <w:rPr>
                <w:color w:val="1F2937"/>
                <w:sz w:val="19"/>
              </w:rPr>
              <w:t>☐</w:t>
            </w:r>
            <w:r>
              <w:rPr>
                <w:color w:val="1F2937"/>
                <w:sz w:val="19"/>
              </w:rPr>
              <w:t xml:space="preserve"> I live in Glasgow</w:t>
            </w:r>
          </w:p>
        </w:tc>
      </w:tr>
      <w:tr w:rsidR="005B7B22" w14:paraId="0F31C87E" w14:textId="77777777">
        <w:trPr>
          <w:jc w:val="center"/>
        </w:trPr>
        <w:tc>
          <w:tcPr>
            <w:tcW w:w="10368" w:type="dxa"/>
            <w:tcMar>
              <w:top w:w="55" w:type="dxa"/>
              <w:left w:w="70" w:type="dxa"/>
              <w:bottom w:w="55" w:type="dxa"/>
              <w:right w:w="70" w:type="dxa"/>
            </w:tcMar>
          </w:tcPr>
          <w:p w14:paraId="2BE51A61" w14:textId="77777777" w:rsidR="005B7B22" w:rsidRDefault="00333651">
            <w:r>
              <w:rPr>
                <w:color w:val="1F2937"/>
                <w:sz w:val="19"/>
              </w:rPr>
              <w:t>☐</w:t>
            </w:r>
            <w:r>
              <w:rPr>
                <w:color w:val="1F2937"/>
                <w:sz w:val="19"/>
              </w:rPr>
              <w:t xml:space="preserve"> I live within travelling distance of Glasgow</w:t>
            </w:r>
          </w:p>
        </w:tc>
      </w:tr>
      <w:tr w:rsidR="005B7B22" w14:paraId="0DFB1FF3" w14:textId="77777777">
        <w:trPr>
          <w:jc w:val="center"/>
        </w:trPr>
        <w:tc>
          <w:tcPr>
            <w:tcW w:w="10368" w:type="dxa"/>
            <w:tcMar>
              <w:top w:w="55" w:type="dxa"/>
              <w:left w:w="70" w:type="dxa"/>
              <w:bottom w:w="55" w:type="dxa"/>
              <w:right w:w="70" w:type="dxa"/>
            </w:tcMar>
          </w:tcPr>
          <w:p w14:paraId="03E547AB" w14:textId="77777777" w:rsidR="005B7B22" w:rsidRDefault="00333651">
            <w:r>
              <w:rPr>
                <w:color w:val="1F2937"/>
                <w:sz w:val="19"/>
              </w:rPr>
              <w:t>☐</w:t>
            </w:r>
            <w:r>
              <w:rPr>
                <w:color w:val="1F2937"/>
                <w:sz w:val="19"/>
              </w:rPr>
              <w:t xml:space="preserve"> I can travel to Glasgow for required practical and clinic sessions</w:t>
            </w:r>
          </w:p>
        </w:tc>
      </w:tr>
      <w:tr w:rsidR="005B7B22" w14:paraId="47B0FA09" w14:textId="77777777">
        <w:trPr>
          <w:jc w:val="center"/>
        </w:trPr>
        <w:tc>
          <w:tcPr>
            <w:tcW w:w="10368" w:type="dxa"/>
            <w:tcMar>
              <w:top w:w="55" w:type="dxa"/>
              <w:left w:w="70" w:type="dxa"/>
              <w:bottom w:w="55" w:type="dxa"/>
              <w:right w:w="70" w:type="dxa"/>
            </w:tcMar>
          </w:tcPr>
          <w:p w14:paraId="760562EC" w14:textId="77777777" w:rsidR="005B7B22" w:rsidRDefault="00333651">
            <w:r>
              <w:rPr>
                <w:color w:val="1F2937"/>
                <w:sz w:val="19"/>
              </w:rPr>
              <w:t>☐</w:t>
            </w:r>
            <w:r>
              <w:rPr>
                <w:color w:val="1F2937"/>
                <w:sz w:val="19"/>
              </w:rPr>
              <w:t xml:space="preserve"> I may need help discussing travel or attendance</w:t>
            </w:r>
          </w:p>
        </w:tc>
      </w:tr>
    </w:tbl>
    <w:p w14:paraId="6B750050" w14:textId="77777777" w:rsidR="005B7B22" w:rsidRDefault="00333651">
      <w:pPr>
        <w:spacing w:after="40"/>
      </w:pPr>
      <w:r>
        <w:rPr>
          <w:b/>
          <w:color w:val="1F2937"/>
          <w:sz w:val="20"/>
        </w:rPr>
        <w:t>If travel may be difficult, please tell us what the difficulty is:</w:t>
      </w:r>
    </w:p>
    <w:p w14:paraId="0299DD20" w14:textId="77777777" w:rsidR="005B7B22" w:rsidRDefault="00333651">
      <w:pPr>
        <w:spacing w:after="40"/>
      </w:pPr>
      <w:r>
        <w:rPr>
          <w:color w:val="9B9B9B"/>
          <w:sz w:val="18"/>
        </w:rPr>
        <w:t>________________________________________________________________________________________________________</w:t>
      </w:r>
    </w:p>
    <w:p w14:paraId="63C4C301" w14:textId="77777777" w:rsidR="005B7B22" w:rsidRDefault="00333651">
      <w:pPr>
        <w:spacing w:after="40"/>
      </w:pPr>
      <w:r>
        <w:rPr>
          <w:color w:val="9B9B9B"/>
          <w:sz w:val="18"/>
        </w:rPr>
        <w:t>________________________________________________________________________________________________________</w:t>
      </w:r>
    </w:p>
    <w:p w14:paraId="0E79E7EB" w14:textId="77777777" w:rsidR="005B7B22" w:rsidRDefault="00333651">
      <w:r>
        <w:br w:type="page"/>
      </w:r>
    </w:p>
    <w:p w14:paraId="75C2D1B9" w14:textId="77777777" w:rsidR="005B7B22" w:rsidRDefault="00333651">
      <w:pPr>
        <w:pBdr>
          <w:bottom w:val="single" w:sz="14" w:space="1" w:color="C59A3D"/>
        </w:pBdr>
        <w:spacing w:before="40" w:after="160"/>
      </w:pPr>
      <w:r>
        <w:rPr>
          <w:b/>
          <w:color w:val="17345C"/>
          <w:sz w:val="36"/>
        </w:rPr>
        <w:lastRenderedPageBreak/>
        <w:t>D. Education and experience</w:t>
      </w:r>
    </w:p>
    <w:tbl>
      <w:tblPr>
        <w:tblW w:w="0" w:type="auto"/>
        <w:jc w:val="center"/>
        <w:tblLook w:val="04A0" w:firstRow="1" w:lastRow="0" w:firstColumn="1" w:lastColumn="0" w:noHBand="0" w:noVBand="1"/>
      </w:tblPr>
      <w:tblGrid>
        <w:gridCol w:w="10368"/>
      </w:tblGrid>
      <w:tr w:rsidR="005B7B22" w14:paraId="1285958F" w14:textId="77777777">
        <w:trPr>
          <w:jc w:val="center"/>
        </w:trPr>
        <w:tc>
          <w:tcPr>
            <w:tcW w:w="10368" w:type="dxa"/>
            <w:shd w:val="clear" w:color="auto" w:fill="F4F7FA"/>
            <w:tcMar>
              <w:top w:w="120" w:type="dxa"/>
              <w:left w:w="160" w:type="dxa"/>
              <w:bottom w:w="120" w:type="dxa"/>
              <w:right w:w="160" w:type="dxa"/>
            </w:tcMar>
          </w:tcPr>
          <w:p w14:paraId="4DF49E9E" w14:textId="77777777" w:rsidR="005B7B22" w:rsidRDefault="00333651">
            <w:r>
              <w:rPr>
                <w:b/>
                <w:color w:val="17345C"/>
                <w:sz w:val="23"/>
              </w:rPr>
              <w:t>No qualifications? That is completely acceptable.</w:t>
            </w:r>
          </w:p>
          <w:p w14:paraId="3C75E957" w14:textId="77777777" w:rsidR="005B7B22" w:rsidRDefault="00333651">
            <w:pPr>
              <w:spacing w:after="0"/>
            </w:pPr>
            <w:r>
              <w:rPr>
                <w:color w:val="1F2937"/>
                <w:sz w:val="20"/>
              </w:rPr>
              <w:t>This section helps us understand where you are starting from. You can leave qualification details blank if you do not have any. We are interested in your potential and what support may help you learn.</w:t>
            </w:r>
          </w:p>
        </w:tc>
      </w:tr>
    </w:tbl>
    <w:p w14:paraId="29C75875" w14:textId="77777777" w:rsidR="005B7B22" w:rsidRDefault="005B7B22">
      <w:pPr>
        <w:spacing w:after="20"/>
      </w:pPr>
    </w:p>
    <w:p w14:paraId="5F993B3F" w14:textId="77777777" w:rsidR="005B7B22" w:rsidRDefault="00333651">
      <w:pPr>
        <w:spacing w:after="40"/>
      </w:pPr>
      <w:r>
        <w:rPr>
          <w:b/>
          <w:color w:val="1F2937"/>
          <w:sz w:val="20"/>
        </w:rPr>
        <w:t>School(s), college(s) or training providers attended, if any:</w:t>
      </w:r>
    </w:p>
    <w:p w14:paraId="1482C950" w14:textId="77777777" w:rsidR="005B7B22" w:rsidRDefault="00333651">
      <w:pPr>
        <w:spacing w:after="40"/>
      </w:pPr>
      <w:r>
        <w:rPr>
          <w:color w:val="9B9B9B"/>
          <w:sz w:val="18"/>
        </w:rPr>
        <w:t>________________________________________________________________________________________________________</w:t>
      </w:r>
    </w:p>
    <w:p w14:paraId="7871CB57" w14:textId="77777777" w:rsidR="005B7B22" w:rsidRDefault="00333651">
      <w:pPr>
        <w:spacing w:after="40"/>
      </w:pPr>
      <w:r>
        <w:rPr>
          <w:color w:val="9B9B9B"/>
          <w:sz w:val="18"/>
        </w:rPr>
        <w:t>________________________________________________________________________________________________________</w:t>
      </w:r>
    </w:p>
    <w:p w14:paraId="4092BB2C" w14:textId="35F2E394" w:rsidR="005B7B22" w:rsidRDefault="00333651">
      <w:pPr>
        <w:spacing w:after="40"/>
      </w:pPr>
      <w:r>
        <w:rPr>
          <w:b/>
          <w:color w:val="1F2937"/>
          <w:sz w:val="20"/>
        </w:rPr>
        <w:t>Qualifications or courses completed</w:t>
      </w:r>
      <w:r w:rsidR="00CC70F4">
        <w:rPr>
          <w:b/>
          <w:color w:val="1F2937"/>
          <w:sz w:val="20"/>
        </w:rPr>
        <w:t>, uncompleted</w:t>
      </w:r>
      <w:r>
        <w:rPr>
          <w:b/>
          <w:color w:val="1F2937"/>
          <w:sz w:val="20"/>
        </w:rPr>
        <w:t>, if any:</w:t>
      </w:r>
    </w:p>
    <w:p w14:paraId="5823567B" w14:textId="77777777" w:rsidR="005B7B22" w:rsidRDefault="00333651">
      <w:pPr>
        <w:spacing w:after="40"/>
      </w:pPr>
      <w:r>
        <w:rPr>
          <w:color w:val="9B9B9B"/>
          <w:sz w:val="18"/>
        </w:rPr>
        <w:t>________________________________________________________________________________________________________</w:t>
      </w:r>
    </w:p>
    <w:p w14:paraId="5EB9A22B" w14:textId="77777777" w:rsidR="005B7B22" w:rsidRDefault="00333651">
      <w:pPr>
        <w:spacing w:after="40"/>
      </w:pPr>
      <w:r>
        <w:rPr>
          <w:color w:val="9B9B9B"/>
          <w:sz w:val="18"/>
        </w:rPr>
        <w:t>________________________________________________________________________________________________________</w:t>
      </w:r>
    </w:p>
    <w:p w14:paraId="128F44A2" w14:textId="77777777" w:rsidR="005B7B22" w:rsidRDefault="00333651">
      <w:pPr>
        <w:spacing w:after="40"/>
      </w:pPr>
      <w:r>
        <w:rPr>
          <w:color w:val="9B9B9B"/>
          <w:sz w:val="18"/>
        </w:rPr>
        <w:t>________________________________________________________________________________________________________</w:t>
      </w:r>
    </w:p>
    <w:p w14:paraId="1D48BBBE" w14:textId="77777777" w:rsidR="005B7B22" w:rsidRDefault="00333651">
      <w:pPr>
        <w:spacing w:after="40"/>
      </w:pPr>
      <w:r>
        <w:rPr>
          <w:b/>
          <w:color w:val="1F2937"/>
          <w:sz w:val="20"/>
        </w:rPr>
        <w:t>Work, volunteering, caring responsibilities, hobbies or other experience you think is relevant:</w:t>
      </w:r>
    </w:p>
    <w:p w14:paraId="0A57270B" w14:textId="77777777" w:rsidR="005B7B22" w:rsidRDefault="00333651">
      <w:pPr>
        <w:spacing w:after="40"/>
      </w:pPr>
      <w:r>
        <w:rPr>
          <w:color w:val="9B9B9B"/>
          <w:sz w:val="18"/>
        </w:rPr>
        <w:t>________________________________________________________________________________________________________</w:t>
      </w:r>
    </w:p>
    <w:p w14:paraId="4C817B41" w14:textId="77777777" w:rsidR="005B7B22" w:rsidRDefault="00333651">
      <w:pPr>
        <w:spacing w:after="40"/>
      </w:pPr>
      <w:r>
        <w:rPr>
          <w:color w:val="9B9B9B"/>
          <w:sz w:val="18"/>
        </w:rPr>
        <w:t>________________________________________________________________________________________________________</w:t>
      </w:r>
    </w:p>
    <w:p w14:paraId="1E62578A" w14:textId="77777777" w:rsidR="005B7B22" w:rsidRDefault="00333651">
      <w:pPr>
        <w:spacing w:after="40"/>
      </w:pPr>
      <w:r>
        <w:rPr>
          <w:color w:val="9B9B9B"/>
          <w:sz w:val="18"/>
        </w:rPr>
        <w:t>________________________________________________________________________________________________________</w:t>
      </w:r>
    </w:p>
    <w:p w14:paraId="3DC50454" w14:textId="77777777" w:rsidR="005B7B22" w:rsidRDefault="00333651">
      <w:pPr>
        <w:spacing w:after="40"/>
      </w:pPr>
      <w:r>
        <w:rPr>
          <w:color w:val="9B9B9B"/>
          <w:sz w:val="18"/>
        </w:rPr>
        <w:t>________________________________________________________________________________________________________</w:t>
      </w:r>
    </w:p>
    <w:p w14:paraId="4A43D106" w14:textId="77777777" w:rsidR="005B7B22" w:rsidRDefault="00333651">
      <w:pPr>
        <w:spacing w:after="40"/>
      </w:pPr>
      <w:r>
        <w:rPr>
          <w:b/>
          <w:color w:val="1F2937"/>
          <w:sz w:val="20"/>
        </w:rPr>
        <w:t>Was there anything that affected your education or meant you did not achieve what you hoped to achieve?</w:t>
      </w:r>
      <w:r>
        <w:rPr>
          <w:i/>
          <w:color w:val="646464"/>
          <w:sz w:val="18"/>
        </w:rPr>
        <w:t xml:space="preserve">  You can include bullying, caring responsibilities, illness, family circumstances, attendance problems, SEN, disrupted schooling or anything else you think is relevant.</w:t>
      </w:r>
    </w:p>
    <w:p w14:paraId="26B6AA19" w14:textId="77777777" w:rsidR="005B7B22" w:rsidRDefault="00333651">
      <w:pPr>
        <w:spacing w:after="40"/>
      </w:pPr>
      <w:r>
        <w:rPr>
          <w:color w:val="9B9B9B"/>
          <w:sz w:val="18"/>
        </w:rPr>
        <w:t>________________________________________________________________________________________________________</w:t>
      </w:r>
    </w:p>
    <w:p w14:paraId="48A84F88" w14:textId="77777777" w:rsidR="005B7B22" w:rsidRDefault="00333651">
      <w:pPr>
        <w:spacing w:after="40"/>
      </w:pPr>
      <w:r>
        <w:rPr>
          <w:color w:val="9B9B9B"/>
          <w:sz w:val="18"/>
        </w:rPr>
        <w:t>________________________________________________________________________________________________________</w:t>
      </w:r>
    </w:p>
    <w:p w14:paraId="7BFFF50F" w14:textId="77777777" w:rsidR="005B7B22" w:rsidRDefault="00333651">
      <w:pPr>
        <w:spacing w:after="40"/>
      </w:pPr>
      <w:r>
        <w:rPr>
          <w:color w:val="9B9B9B"/>
          <w:sz w:val="18"/>
        </w:rPr>
        <w:t>________________________________________________________________________________________________________</w:t>
      </w:r>
    </w:p>
    <w:p w14:paraId="25694CCB" w14:textId="77777777" w:rsidR="005B7B22" w:rsidRDefault="00333651">
      <w:pPr>
        <w:spacing w:after="40"/>
      </w:pPr>
      <w:r>
        <w:rPr>
          <w:color w:val="9B9B9B"/>
          <w:sz w:val="18"/>
        </w:rPr>
        <w:t>________________________________________________________________________________________________________</w:t>
      </w:r>
    </w:p>
    <w:p w14:paraId="53B3C377" w14:textId="77777777" w:rsidR="005B7B22" w:rsidRDefault="00333651">
      <w:pPr>
        <w:spacing w:after="40"/>
      </w:pPr>
      <w:r>
        <w:rPr>
          <w:color w:val="9B9B9B"/>
          <w:sz w:val="18"/>
        </w:rPr>
        <w:t>________________________________________________________________________________________________________</w:t>
      </w:r>
    </w:p>
    <w:p w14:paraId="325E7D27" w14:textId="77777777" w:rsidR="005B7B22" w:rsidRDefault="00333651">
      <w:pPr>
        <w:spacing w:before="160" w:after="80"/>
      </w:pPr>
      <w:r>
        <w:rPr>
          <w:b/>
          <w:color w:val="17345C"/>
          <w:sz w:val="26"/>
        </w:rPr>
        <w:t>E. Your circumstances</w:t>
      </w:r>
    </w:p>
    <w:p w14:paraId="6DF42199" w14:textId="77777777" w:rsidR="005B7B22" w:rsidRDefault="00333651">
      <w:pPr>
        <w:spacing w:line="254" w:lineRule="auto"/>
      </w:pPr>
      <w:r>
        <w:rPr>
          <w:color w:val="1F2937"/>
        </w:rPr>
        <w:t>You can tick any that apply. You do not have to provide evidence of every personal circumstance at this stage. If we need clarification later, we will discuss it with you respectfully.</w:t>
      </w:r>
    </w:p>
    <w:tbl>
      <w:tblPr>
        <w:tblW w:w="0" w:type="auto"/>
        <w:jc w:val="center"/>
        <w:tblLook w:val="04A0" w:firstRow="1" w:lastRow="0" w:firstColumn="1" w:lastColumn="0" w:noHBand="0" w:noVBand="1"/>
      </w:tblPr>
      <w:tblGrid>
        <w:gridCol w:w="5184"/>
        <w:gridCol w:w="5184"/>
      </w:tblGrid>
      <w:tr w:rsidR="005B7B22" w14:paraId="2DF2A43A" w14:textId="77777777">
        <w:trPr>
          <w:jc w:val="center"/>
        </w:trPr>
        <w:tc>
          <w:tcPr>
            <w:tcW w:w="5184" w:type="dxa"/>
            <w:tcMar>
              <w:top w:w="55" w:type="dxa"/>
              <w:left w:w="70" w:type="dxa"/>
              <w:bottom w:w="55" w:type="dxa"/>
              <w:right w:w="70" w:type="dxa"/>
            </w:tcMar>
          </w:tcPr>
          <w:p w14:paraId="49B9E204" w14:textId="77777777" w:rsidR="005B7B22" w:rsidRDefault="00333651">
            <w:r>
              <w:rPr>
                <w:color w:val="1F2937"/>
                <w:sz w:val="19"/>
              </w:rPr>
              <w:t>☐</w:t>
            </w:r>
            <w:r>
              <w:rPr>
                <w:color w:val="1F2937"/>
                <w:sz w:val="19"/>
              </w:rPr>
              <w:t xml:space="preserve"> Low household income / financial difficulty</w:t>
            </w:r>
          </w:p>
        </w:tc>
        <w:tc>
          <w:tcPr>
            <w:tcW w:w="5184" w:type="dxa"/>
            <w:tcMar>
              <w:top w:w="55" w:type="dxa"/>
              <w:left w:w="70" w:type="dxa"/>
              <w:bottom w:w="55" w:type="dxa"/>
              <w:right w:w="70" w:type="dxa"/>
            </w:tcMar>
          </w:tcPr>
          <w:p w14:paraId="7B20A1F8" w14:textId="77777777" w:rsidR="005B7B22" w:rsidRDefault="00333651">
            <w:r>
              <w:rPr>
                <w:color w:val="1F2937"/>
                <w:sz w:val="19"/>
              </w:rPr>
              <w:t>☐</w:t>
            </w:r>
            <w:r>
              <w:rPr>
                <w:color w:val="1F2937"/>
                <w:sz w:val="19"/>
              </w:rPr>
              <w:t xml:space="preserve"> Parent(s) or household receiving benefits</w:t>
            </w:r>
          </w:p>
        </w:tc>
      </w:tr>
      <w:tr w:rsidR="005B7B22" w14:paraId="1795DB8E" w14:textId="77777777">
        <w:trPr>
          <w:jc w:val="center"/>
        </w:trPr>
        <w:tc>
          <w:tcPr>
            <w:tcW w:w="5184" w:type="dxa"/>
            <w:tcMar>
              <w:top w:w="55" w:type="dxa"/>
              <w:left w:w="70" w:type="dxa"/>
              <w:bottom w:w="55" w:type="dxa"/>
              <w:right w:w="70" w:type="dxa"/>
            </w:tcMar>
          </w:tcPr>
          <w:p w14:paraId="509305BC" w14:textId="77777777" w:rsidR="005B7B22" w:rsidRDefault="00333651">
            <w:r>
              <w:rPr>
                <w:color w:val="1F2937"/>
                <w:sz w:val="19"/>
              </w:rPr>
              <w:t>☐</w:t>
            </w:r>
            <w:r>
              <w:rPr>
                <w:color w:val="1F2937"/>
                <w:sz w:val="19"/>
              </w:rPr>
              <w:t xml:space="preserve"> Bullying or social exclusion</w:t>
            </w:r>
          </w:p>
        </w:tc>
        <w:tc>
          <w:tcPr>
            <w:tcW w:w="5184" w:type="dxa"/>
            <w:tcMar>
              <w:top w:w="55" w:type="dxa"/>
              <w:left w:w="70" w:type="dxa"/>
              <w:bottom w:w="55" w:type="dxa"/>
              <w:right w:w="70" w:type="dxa"/>
            </w:tcMar>
          </w:tcPr>
          <w:p w14:paraId="334FCDC5" w14:textId="77777777" w:rsidR="005B7B22" w:rsidRDefault="00333651">
            <w:r>
              <w:rPr>
                <w:color w:val="1F2937"/>
                <w:sz w:val="19"/>
              </w:rPr>
              <w:t>☐</w:t>
            </w:r>
            <w:r>
              <w:rPr>
                <w:color w:val="1F2937"/>
                <w:sz w:val="19"/>
              </w:rPr>
              <w:t xml:space="preserve"> Disrupted or difficult school experience</w:t>
            </w:r>
          </w:p>
        </w:tc>
      </w:tr>
      <w:tr w:rsidR="005B7B22" w14:paraId="2568DE39" w14:textId="77777777">
        <w:trPr>
          <w:jc w:val="center"/>
        </w:trPr>
        <w:tc>
          <w:tcPr>
            <w:tcW w:w="5184" w:type="dxa"/>
            <w:tcMar>
              <w:top w:w="55" w:type="dxa"/>
              <w:left w:w="70" w:type="dxa"/>
              <w:bottom w:w="55" w:type="dxa"/>
              <w:right w:w="70" w:type="dxa"/>
            </w:tcMar>
          </w:tcPr>
          <w:p w14:paraId="6B149A05" w14:textId="77777777" w:rsidR="005B7B22" w:rsidRDefault="00333651">
            <w:r>
              <w:rPr>
                <w:color w:val="1F2937"/>
                <w:sz w:val="19"/>
              </w:rPr>
              <w:t>☐</w:t>
            </w:r>
            <w:r>
              <w:rPr>
                <w:color w:val="1F2937"/>
                <w:sz w:val="19"/>
              </w:rPr>
              <w:t xml:space="preserve"> Young carer / caring responsibilities</w:t>
            </w:r>
          </w:p>
        </w:tc>
        <w:tc>
          <w:tcPr>
            <w:tcW w:w="5184" w:type="dxa"/>
            <w:tcMar>
              <w:top w:w="55" w:type="dxa"/>
              <w:left w:w="70" w:type="dxa"/>
              <w:bottom w:w="55" w:type="dxa"/>
              <w:right w:w="70" w:type="dxa"/>
            </w:tcMar>
          </w:tcPr>
          <w:p w14:paraId="10659DF1" w14:textId="77777777" w:rsidR="005B7B22" w:rsidRDefault="00333651">
            <w:r>
              <w:rPr>
                <w:color w:val="1F2937"/>
                <w:sz w:val="19"/>
              </w:rPr>
              <w:t>☐</w:t>
            </w:r>
            <w:r>
              <w:rPr>
                <w:color w:val="1F2937"/>
                <w:sz w:val="19"/>
              </w:rPr>
              <w:t xml:space="preserve"> Care experience / family breakdown</w:t>
            </w:r>
          </w:p>
        </w:tc>
      </w:tr>
      <w:tr w:rsidR="005B7B22" w14:paraId="3C058118" w14:textId="77777777">
        <w:trPr>
          <w:jc w:val="center"/>
        </w:trPr>
        <w:tc>
          <w:tcPr>
            <w:tcW w:w="5184" w:type="dxa"/>
            <w:tcMar>
              <w:top w:w="55" w:type="dxa"/>
              <w:left w:w="70" w:type="dxa"/>
              <w:bottom w:w="55" w:type="dxa"/>
              <w:right w:w="70" w:type="dxa"/>
            </w:tcMar>
          </w:tcPr>
          <w:p w14:paraId="432208F9" w14:textId="77777777" w:rsidR="005B7B22" w:rsidRDefault="00333651">
            <w:r>
              <w:rPr>
                <w:color w:val="1F2937"/>
                <w:sz w:val="19"/>
              </w:rPr>
              <w:t>☐</w:t>
            </w:r>
            <w:r>
              <w:rPr>
                <w:color w:val="1F2937"/>
                <w:sz w:val="19"/>
              </w:rPr>
              <w:t xml:space="preserve"> Housing instability</w:t>
            </w:r>
          </w:p>
        </w:tc>
        <w:tc>
          <w:tcPr>
            <w:tcW w:w="5184" w:type="dxa"/>
            <w:tcMar>
              <w:top w:w="55" w:type="dxa"/>
              <w:left w:w="70" w:type="dxa"/>
              <w:bottom w:w="55" w:type="dxa"/>
              <w:right w:w="70" w:type="dxa"/>
            </w:tcMar>
          </w:tcPr>
          <w:p w14:paraId="0BBF1140" w14:textId="77777777" w:rsidR="005B7B22" w:rsidRDefault="00333651">
            <w:r>
              <w:rPr>
                <w:color w:val="1F2937"/>
                <w:sz w:val="19"/>
              </w:rPr>
              <w:t>☐</w:t>
            </w:r>
            <w:r>
              <w:rPr>
                <w:color w:val="1F2937"/>
                <w:sz w:val="19"/>
              </w:rPr>
              <w:t xml:space="preserve"> Few or no formal qualifications</w:t>
            </w:r>
          </w:p>
        </w:tc>
      </w:tr>
      <w:tr w:rsidR="005B7B22" w14:paraId="4A630B94" w14:textId="77777777">
        <w:trPr>
          <w:jc w:val="center"/>
        </w:trPr>
        <w:tc>
          <w:tcPr>
            <w:tcW w:w="5184" w:type="dxa"/>
            <w:tcMar>
              <w:top w:w="55" w:type="dxa"/>
              <w:left w:w="70" w:type="dxa"/>
              <w:bottom w:w="55" w:type="dxa"/>
              <w:right w:w="70" w:type="dxa"/>
            </w:tcMar>
          </w:tcPr>
          <w:p w14:paraId="3A363C14" w14:textId="77777777" w:rsidR="005B7B22" w:rsidRDefault="00333651">
            <w:r>
              <w:rPr>
                <w:color w:val="1F2937"/>
                <w:sz w:val="19"/>
              </w:rPr>
              <w:t>☐</w:t>
            </w:r>
            <w:r>
              <w:rPr>
                <w:color w:val="1F2937"/>
                <w:sz w:val="19"/>
              </w:rPr>
              <w:t xml:space="preserve"> SEN or learning difference</w:t>
            </w:r>
          </w:p>
        </w:tc>
        <w:tc>
          <w:tcPr>
            <w:tcW w:w="5184" w:type="dxa"/>
            <w:tcMar>
              <w:top w:w="55" w:type="dxa"/>
              <w:left w:w="70" w:type="dxa"/>
              <w:bottom w:w="55" w:type="dxa"/>
              <w:right w:w="70" w:type="dxa"/>
            </w:tcMar>
          </w:tcPr>
          <w:p w14:paraId="4DAB943F" w14:textId="77777777" w:rsidR="005B7B22" w:rsidRDefault="00333651">
            <w:r>
              <w:rPr>
                <w:color w:val="1F2937"/>
                <w:sz w:val="19"/>
              </w:rPr>
              <w:t>☐</w:t>
            </w:r>
            <w:r>
              <w:rPr>
                <w:color w:val="1F2937"/>
                <w:sz w:val="19"/>
              </w:rPr>
              <w:t xml:space="preserve"> English support needed</w:t>
            </w:r>
          </w:p>
        </w:tc>
      </w:tr>
      <w:tr w:rsidR="005B7B22" w14:paraId="7E66ACB7" w14:textId="77777777">
        <w:trPr>
          <w:jc w:val="center"/>
        </w:trPr>
        <w:tc>
          <w:tcPr>
            <w:tcW w:w="5184" w:type="dxa"/>
            <w:tcMar>
              <w:top w:w="55" w:type="dxa"/>
              <w:left w:w="70" w:type="dxa"/>
              <w:bottom w:w="55" w:type="dxa"/>
              <w:right w:w="70" w:type="dxa"/>
            </w:tcMar>
          </w:tcPr>
          <w:p w14:paraId="54C00CAC" w14:textId="77777777" w:rsidR="005B7B22" w:rsidRDefault="00333651">
            <w:r>
              <w:rPr>
                <w:color w:val="1F2937"/>
                <w:sz w:val="19"/>
              </w:rPr>
              <w:t>☐</w:t>
            </w:r>
            <w:r>
              <w:rPr>
                <w:color w:val="1F2937"/>
                <w:sz w:val="19"/>
              </w:rPr>
              <w:t xml:space="preserve"> Maths / Functional Skills support needed</w:t>
            </w:r>
          </w:p>
        </w:tc>
        <w:tc>
          <w:tcPr>
            <w:tcW w:w="5184" w:type="dxa"/>
            <w:tcMar>
              <w:top w:w="55" w:type="dxa"/>
              <w:left w:w="70" w:type="dxa"/>
              <w:bottom w:w="55" w:type="dxa"/>
              <w:right w:w="70" w:type="dxa"/>
            </w:tcMar>
          </w:tcPr>
          <w:p w14:paraId="66B30F81" w14:textId="77777777" w:rsidR="005B7B22" w:rsidRDefault="00333651">
            <w:r>
              <w:rPr>
                <w:color w:val="1F2937"/>
                <w:sz w:val="19"/>
              </w:rPr>
              <w:t>☐</w:t>
            </w:r>
            <w:r>
              <w:rPr>
                <w:color w:val="1F2937"/>
                <w:sz w:val="19"/>
              </w:rPr>
              <w:t xml:space="preserve"> Health or personal circumstances affecting education</w:t>
            </w:r>
          </w:p>
        </w:tc>
      </w:tr>
      <w:tr w:rsidR="005B7B22" w14:paraId="18B3F1CC" w14:textId="77777777">
        <w:trPr>
          <w:jc w:val="center"/>
        </w:trPr>
        <w:tc>
          <w:tcPr>
            <w:tcW w:w="5184" w:type="dxa"/>
            <w:tcMar>
              <w:top w:w="55" w:type="dxa"/>
              <w:left w:w="70" w:type="dxa"/>
              <w:bottom w:w="55" w:type="dxa"/>
              <w:right w:w="70" w:type="dxa"/>
            </w:tcMar>
          </w:tcPr>
          <w:p w14:paraId="43FCD50D" w14:textId="77777777" w:rsidR="005B7B22" w:rsidRDefault="00333651">
            <w:r>
              <w:rPr>
                <w:color w:val="1F2937"/>
                <w:sz w:val="19"/>
              </w:rPr>
              <w:t>☐</w:t>
            </w:r>
            <w:r>
              <w:rPr>
                <w:color w:val="1F2937"/>
                <w:sz w:val="19"/>
              </w:rPr>
              <w:t xml:space="preserve"> Other barrier or disadvantage</w:t>
            </w:r>
          </w:p>
        </w:tc>
        <w:tc>
          <w:tcPr>
            <w:tcW w:w="5184" w:type="dxa"/>
            <w:tcMar>
              <w:top w:w="55" w:type="dxa"/>
              <w:left w:w="70" w:type="dxa"/>
              <w:bottom w:w="55" w:type="dxa"/>
              <w:right w:w="70" w:type="dxa"/>
            </w:tcMar>
          </w:tcPr>
          <w:p w14:paraId="55863534" w14:textId="77777777" w:rsidR="005B7B22" w:rsidRDefault="00333651">
            <w:r>
              <w:rPr>
                <w:color w:val="1F2937"/>
                <w:sz w:val="19"/>
              </w:rPr>
              <w:t>☐</w:t>
            </w:r>
            <w:r>
              <w:rPr>
                <w:color w:val="1F2937"/>
                <w:sz w:val="19"/>
              </w:rPr>
              <w:t xml:space="preserve"> Prefer to discuss this privately</w:t>
            </w:r>
          </w:p>
        </w:tc>
      </w:tr>
    </w:tbl>
    <w:p w14:paraId="4A4FD3C9" w14:textId="77777777" w:rsidR="005B7B22" w:rsidRDefault="00333651">
      <w:pPr>
        <w:spacing w:after="40"/>
      </w:pPr>
      <w:r>
        <w:rPr>
          <w:b/>
          <w:color w:val="1F2937"/>
          <w:sz w:val="20"/>
        </w:rPr>
        <w:t>If you would like, tell us more about the circumstances you ticked above:</w:t>
      </w:r>
    </w:p>
    <w:p w14:paraId="737C9418" w14:textId="77777777" w:rsidR="005B7B22" w:rsidRDefault="00333651">
      <w:pPr>
        <w:spacing w:after="40"/>
      </w:pPr>
      <w:r>
        <w:rPr>
          <w:color w:val="9B9B9B"/>
          <w:sz w:val="18"/>
        </w:rPr>
        <w:t>________________________________________________________________________________________________________</w:t>
      </w:r>
    </w:p>
    <w:p w14:paraId="0D4A40E7" w14:textId="77777777" w:rsidR="005B7B22" w:rsidRDefault="00333651">
      <w:pPr>
        <w:spacing w:after="40"/>
      </w:pPr>
      <w:r>
        <w:rPr>
          <w:color w:val="9B9B9B"/>
          <w:sz w:val="18"/>
        </w:rPr>
        <w:t>________________________________________________________________________________________________________</w:t>
      </w:r>
    </w:p>
    <w:p w14:paraId="74A88BD9" w14:textId="77777777" w:rsidR="005B7B22" w:rsidRDefault="00333651">
      <w:pPr>
        <w:spacing w:after="40"/>
      </w:pPr>
      <w:r>
        <w:rPr>
          <w:color w:val="9B9B9B"/>
          <w:sz w:val="18"/>
        </w:rPr>
        <w:t>________________________________________________________________________________________________________</w:t>
      </w:r>
    </w:p>
    <w:p w14:paraId="0109EAF0" w14:textId="77777777" w:rsidR="005B7B22" w:rsidRDefault="00333651">
      <w:pPr>
        <w:spacing w:after="40"/>
      </w:pPr>
      <w:r>
        <w:rPr>
          <w:color w:val="9B9B9B"/>
          <w:sz w:val="18"/>
        </w:rPr>
        <w:lastRenderedPageBreak/>
        <w:t>________________________________________________________________________________________________________</w:t>
      </w:r>
    </w:p>
    <w:p w14:paraId="7486AA43" w14:textId="77777777" w:rsidR="005B7B22" w:rsidRDefault="00333651">
      <w:pPr>
        <w:spacing w:after="40"/>
      </w:pPr>
      <w:r>
        <w:rPr>
          <w:color w:val="9B9B9B"/>
          <w:sz w:val="18"/>
        </w:rPr>
        <w:t>________________________________________________________________________________________________________</w:t>
      </w:r>
    </w:p>
    <w:p w14:paraId="6D3ECB91" w14:textId="77777777" w:rsidR="005B7B22" w:rsidRDefault="00333651">
      <w:r>
        <w:br w:type="page"/>
      </w:r>
    </w:p>
    <w:p w14:paraId="1D146F64" w14:textId="77777777" w:rsidR="005B7B22" w:rsidRDefault="00333651">
      <w:pPr>
        <w:pBdr>
          <w:bottom w:val="single" w:sz="14" w:space="1" w:color="C59A3D"/>
        </w:pBdr>
        <w:spacing w:before="40" w:after="160"/>
      </w:pPr>
      <w:r>
        <w:rPr>
          <w:b/>
          <w:color w:val="17345C"/>
          <w:sz w:val="36"/>
        </w:rPr>
        <w:lastRenderedPageBreak/>
        <w:t>F. Learning and support needs</w:t>
      </w:r>
    </w:p>
    <w:p w14:paraId="34021097" w14:textId="77777777" w:rsidR="005B7B22" w:rsidRDefault="00333651">
      <w:pPr>
        <w:spacing w:line="254" w:lineRule="auto"/>
      </w:pPr>
      <w:r>
        <w:rPr>
          <w:color w:val="1F2937"/>
        </w:rPr>
        <w:t>This section is here to help us plan support. Needing support does not make your application weaker.</w:t>
      </w:r>
    </w:p>
    <w:tbl>
      <w:tblPr>
        <w:tblW w:w="0" w:type="auto"/>
        <w:jc w:val="center"/>
        <w:tblLook w:val="04A0" w:firstRow="1" w:lastRow="0" w:firstColumn="1" w:lastColumn="0" w:noHBand="0" w:noVBand="1"/>
      </w:tblPr>
      <w:tblGrid>
        <w:gridCol w:w="5184"/>
        <w:gridCol w:w="5184"/>
      </w:tblGrid>
      <w:tr w:rsidR="005B7B22" w14:paraId="430BDEEF" w14:textId="77777777">
        <w:trPr>
          <w:jc w:val="center"/>
        </w:trPr>
        <w:tc>
          <w:tcPr>
            <w:tcW w:w="5184" w:type="dxa"/>
            <w:tcMar>
              <w:top w:w="55" w:type="dxa"/>
              <w:left w:w="70" w:type="dxa"/>
              <w:bottom w:w="55" w:type="dxa"/>
              <w:right w:w="70" w:type="dxa"/>
            </w:tcMar>
          </w:tcPr>
          <w:p w14:paraId="4E4352B6" w14:textId="77777777" w:rsidR="005B7B22" w:rsidRDefault="00333651">
            <w:r>
              <w:rPr>
                <w:color w:val="1F2937"/>
                <w:sz w:val="19"/>
              </w:rPr>
              <w:t>☐</w:t>
            </w:r>
            <w:r>
              <w:rPr>
                <w:color w:val="1F2937"/>
                <w:sz w:val="19"/>
              </w:rPr>
              <w:t xml:space="preserve"> Dyslexia</w:t>
            </w:r>
          </w:p>
        </w:tc>
        <w:tc>
          <w:tcPr>
            <w:tcW w:w="5184" w:type="dxa"/>
            <w:tcMar>
              <w:top w:w="55" w:type="dxa"/>
              <w:left w:w="70" w:type="dxa"/>
              <w:bottom w:w="55" w:type="dxa"/>
              <w:right w:w="70" w:type="dxa"/>
            </w:tcMar>
          </w:tcPr>
          <w:p w14:paraId="07C8F280" w14:textId="77777777" w:rsidR="005B7B22" w:rsidRDefault="00333651">
            <w:r>
              <w:rPr>
                <w:color w:val="1F2937"/>
                <w:sz w:val="19"/>
              </w:rPr>
              <w:t>☐</w:t>
            </w:r>
            <w:r>
              <w:rPr>
                <w:color w:val="1F2937"/>
                <w:sz w:val="19"/>
              </w:rPr>
              <w:t xml:space="preserve"> Dyscalculia</w:t>
            </w:r>
          </w:p>
        </w:tc>
      </w:tr>
      <w:tr w:rsidR="005B7B22" w14:paraId="763CCAC8" w14:textId="77777777">
        <w:trPr>
          <w:jc w:val="center"/>
        </w:trPr>
        <w:tc>
          <w:tcPr>
            <w:tcW w:w="5184" w:type="dxa"/>
            <w:tcMar>
              <w:top w:w="55" w:type="dxa"/>
              <w:left w:w="70" w:type="dxa"/>
              <w:bottom w:w="55" w:type="dxa"/>
              <w:right w:w="70" w:type="dxa"/>
            </w:tcMar>
          </w:tcPr>
          <w:p w14:paraId="397446C6" w14:textId="77777777" w:rsidR="005B7B22" w:rsidRDefault="00333651">
            <w:r>
              <w:rPr>
                <w:color w:val="1F2937"/>
                <w:sz w:val="19"/>
              </w:rPr>
              <w:t>☐</w:t>
            </w:r>
            <w:r>
              <w:rPr>
                <w:color w:val="1F2937"/>
                <w:sz w:val="19"/>
              </w:rPr>
              <w:t xml:space="preserve"> ADHD</w:t>
            </w:r>
          </w:p>
        </w:tc>
        <w:tc>
          <w:tcPr>
            <w:tcW w:w="5184" w:type="dxa"/>
            <w:tcMar>
              <w:top w:w="55" w:type="dxa"/>
              <w:left w:w="70" w:type="dxa"/>
              <w:bottom w:w="55" w:type="dxa"/>
              <w:right w:w="70" w:type="dxa"/>
            </w:tcMar>
          </w:tcPr>
          <w:p w14:paraId="3CCBEC80" w14:textId="77777777" w:rsidR="005B7B22" w:rsidRDefault="00333651">
            <w:r>
              <w:rPr>
                <w:color w:val="1F2937"/>
                <w:sz w:val="19"/>
              </w:rPr>
              <w:t>☐</w:t>
            </w:r>
            <w:r>
              <w:rPr>
                <w:color w:val="1F2937"/>
                <w:sz w:val="19"/>
              </w:rPr>
              <w:t xml:space="preserve"> Autism / autistic spectrum</w:t>
            </w:r>
          </w:p>
        </w:tc>
      </w:tr>
      <w:tr w:rsidR="005B7B22" w14:paraId="2218FABD" w14:textId="77777777">
        <w:trPr>
          <w:jc w:val="center"/>
        </w:trPr>
        <w:tc>
          <w:tcPr>
            <w:tcW w:w="5184" w:type="dxa"/>
            <w:tcMar>
              <w:top w:w="55" w:type="dxa"/>
              <w:left w:w="70" w:type="dxa"/>
              <w:bottom w:w="55" w:type="dxa"/>
              <w:right w:w="70" w:type="dxa"/>
            </w:tcMar>
          </w:tcPr>
          <w:p w14:paraId="153C4429" w14:textId="77777777" w:rsidR="005B7B22" w:rsidRDefault="00333651">
            <w:r>
              <w:rPr>
                <w:color w:val="1F2937"/>
                <w:sz w:val="19"/>
              </w:rPr>
              <w:t>☐</w:t>
            </w:r>
            <w:r>
              <w:rPr>
                <w:color w:val="1F2937"/>
                <w:sz w:val="19"/>
              </w:rPr>
              <w:t xml:space="preserve"> Reading support</w:t>
            </w:r>
          </w:p>
        </w:tc>
        <w:tc>
          <w:tcPr>
            <w:tcW w:w="5184" w:type="dxa"/>
            <w:tcMar>
              <w:top w:w="55" w:type="dxa"/>
              <w:left w:w="70" w:type="dxa"/>
              <w:bottom w:w="55" w:type="dxa"/>
              <w:right w:w="70" w:type="dxa"/>
            </w:tcMar>
          </w:tcPr>
          <w:p w14:paraId="440F82C8" w14:textId="77777777" w:rsidR="005B7B22" w:rsidRDefault="00333651">
            <w:r>
              <w:rPr>
                <w:color w:val="1F2937"/>
                <w:sz w:val="19"/>
              </w:rPr>
              <w:t>☐</w:t>
            </w:r>
            <w:r>
              <w:rPr>
                <w:color w:val="1F2937"/>
                <w:sz w:val="19"/>
              </w:rPr>
              <w:t xml:space="preserve"> Writing / spelling support</w:t>
            </w:r>
          </w:p>
        </w:tc>
      </w:tr>
      <w:tr w:rsidR="005B7B22" w14:paraId="45747206" w14:textId="77777777">
        <w:trPr>
          <w:jc w:val="center"/>
        </w:trPr>
        <w:tc>
          <w:tcPr>
            <w:tcW w:w="5184" w:type="dxa"/>
            <w:tcMar>
              <w:top w:w="55" w:type="dxa"/>
              <w:left w:w="70" w:type="dxa"/>
              <w:bottom w:w="55" w:type="dxa"/>
              <w:right w:w="70" w:type="dxa"/>
            </w:tcMar>
          </w:tcPr>
          <w:p w14:paraId="3357F476" w14:textId="748D76F8" w:rsidR="005B7B22" w:rsidRDefault="00333651">
            <w:r>
              <w:rPr>
                <w:color w:val="1F2937"/>
                <w:sz w:val="19"/>
              </w:rPr>
              <w:t>☐</w:t>
            </w:r>
            <w:r>
              <w:rPr>
                <w:color w:val="1F2937"/>
                <w:sz w:val="19"/>
              </w:rPr>
              <w:t xml:space="preserve"> English language </w:t>
            </w:r>
            <w:r w:rsidR="00CC70F4">
              <w:rPr>
                <w:color w:val="1F2937"/>
                <w:sz w:val="19"/>
              </w:rPr>
              <w:t xml:space="preserve">/ math’s </w:t>
            </w:r>
            <w:r>
              <w:rPr>
                <w:color w:val="1F2937"/>
                <w:sz w:val="19"/>
              </w:rPr>
              <w:t>support</w:t>
            </w:r>
          </w:p>
        </w:tc>
        <w:tc>
          <w:tcPr>
            <w:tcW w:w="5184" w:type="dxa"/>
            <w:tcMar>
              <w:top w:w="55" w:type="dxa"/>
              <w:left w:w="70" w:type="dxa"/>
              <w:bottom w:w="55" w:type="dxa"/>
              <w:right w:w="70" w:type="dxa"/>
            </w:tcMar>
          </w:tcPr>
          <w:p w14:paraId="504A1780" w14:textId="3E2CED97" w:rsidR="005B7B22" w:rsidRDefault="00333651">
            <w:r>
              <w:rPr>
                <w:color w:val="1F2937"/>
                <w:sz w:val="19"/>
              </w:rPr>
              <w:t>☐</w:t>
            </w:r>
            <w:r>
              <w:rPr>
                <w:color w:val="1F2937"/>
                <w:sz w:val="19"/>
              </w:rPr>
              <w:t xml:space="preserve"> </w:t>
            </w:r>
            <w:r w:rsidR="00CC70F4">
              <w:rPr>
                <w:color w:val="1F2937"/>
                <w:sz w:val="19"/>
              </w:rPr>
              <w:t xml:space="preserve">Physical disability </w:t>
            </w:r>
          </w:p>
        </w:tc>
      </w:tr>
      <w:tr w:rsidR="005B7B22" w14:paraId="1A318C0B" w14:textId="77777777">
        <w:trPr>
          <w:jc w:val="center"/>
        </w:trPr>
        <w:tc>
          <w:tcPr>
            <w:tcW w:w="5184" w:type="dxa"/>
            <w:tcMar>
              <w:top w:w="55" w:type="dxa"/>
              <w:left w:w="70" w:type="dxa"/>
              <w:bottom w:w="55" w:type="dxa"/>
              <w:right w:w="70" w:type="dxa"/>
            </w:tcMar>
          </w:tcPr>
          <w:p w14:paraId="1F4738EF" w14:textId="77777777" w:rsidR="005B7B22" w:rsidRDefault="00333651">
            <w:r>
              <w:rPr>
                <w:color w:val="1F2937"/>
                <w:sz w:val="19"/>
              </w:rPr>
              <w:t>☐</w:t>
            </w:r>
            <w:r>
              <w:rPr>
                <w:color w:val="1F2937"/>
                <w:sz w:val="19"/>
              </w:rPr>
              <w:t xml:space="preserve"> Functional Skills support</w:t>
            </w:r>
          </w:p>
        </w:tc>
        <w:tc>
          <w:tcPr>
            <w:tcW w:w="5184" w:type="dxa"/>
            <w:tcMar>
              <w:top w:w="55" w:type="dxa"/>
              <w:left w:w="70" w:type="dxa"/>
              <w:bottom w:w="55" w:type="dxa"/>
              <w:right w:w="70" w:type="dxa"/>
            </w:tcMar>
          </w:tcPr>
          <w:p w14:paraId="0A5FD9C2" w14:textId="77777777" w:rsidR="005B7B22" w:rsidRDefault="00333651">
            <w:r>
              <w:rPr>
                <w:color w:val="1F2937"/>
                <w:sz w:val="19"/>
              </w:rPr>
              <w:t>☐</w:t>
            </w:r>
            <w:r>
              <w:rPr>
                <w:color w:val="1F2937"/>
                <w:sz w:val="19"/>
              </w:rPr>
              <w:t xml:space="preserve"> Study skills / organisation</w:t>
            </w:r>
          </w:p>
        </w:tc>
      </w:tr>
      <w:tr w:rsidR="005B7B22" w14:paraId="30FD8A2B" w14:textId="77777777">
        <w:trPr>
          <w:jc w:val="center"/>
        </w:trPr>
        <w:tc>
          <w:tcPr>
            <w:tcW w:w="5184" w:type="dxa"/>
            <w:tcMar>
              <w:top w:w="55" w:type="dxa"/>
              <w:left w:w="70" w:type="dxa"/>
              <w:bottom w:w="55" w:type="dxa"/>
              <w:right w:w="70" w:type="dxa"/>
            </w:tcMar>
          </w:tcPr>
          <w:p w14:paraId="79D64E0C" w14:textId="77777777" w:rsidR="005B7B22" w:rsidRDefault="00333651">
            <w:r>
              <w:rPr>
                <w:color w:val="1F2937"/>
                <w:sz w:val="19"/>
              </w:rPr>
              <w:t>☐</w:t>
            </w:r>
            <w:r>
              <w:rPr>
                <w:color w:val="1F2937"/>
                <w:sz w:val="19"/>
              </w:rPr>
              <w:t xml:space="preserve"> Digital skills / computer support</w:t>
            </w:r>
          </w:p>
        </w:tc>
        <w:tc>
          <w:tcPr>
            <w:tcW w:w="5184" w:type="dxa"/>
            <w:tcMar>
              <w:top w:w="55" w:type="dxa"/>
              <w:left w:w="70" w:type="dxa"/>
              <w:bottom w:w="55" w:type="dxa"/>
              <w:right w:w="70" w:type="dxa"/>
            </w:tcMar>
          </w:tcPr>
          <w:p w14:paraId="2D7D0A36" w14:textId="77777777" w:rsidR="005B7B22" w:rsidRDefault="00333651">
            <w:r>
              <w:rPr>
                <w:color w:val="1F2937"/>
                <w:sz w:val="19"/>
              </w:rPr>
              <w:t>☐</w:t>
            </w:r>
            <w:r>
              <w:rPr>
                <w:color w:val="1F2937"/>
                <w:sz w:val="19"/>
              </w:rPr>
              <w:t xml:space="preserve"> Anxiety or confidence around learning</w:t>
            </w:r>
          </w:p>
        </w:tc>
      </w:tr>
      <w:tr w:rsidR="005B7B22" w14:paraId="52CCABBE" w14:textId="77777777">
        <w:trPr>
          <w:jc w:val="center"/>
        </w:trPr>
        <w:tc>
          <w:tcPr>
            <w:tcW w:w="5184" w:type="dxa"/>
            <w:tcMar>
              <w:top w:w="55" w:type="dxa"/>
              <w:left w:w="70" w:type="dxa"/>
              <w:bottom w:w="55" w:type="dxa"/>
              <w:right w:w="70" w:type="dxa"/>
            </w:tcMar>
          </w:tcPr>
          <w:p w14:paraId="09AA5137" w14:textId="77777777" w:rsidR="005B7B22" w:rsidRDefault="00333651">
            <w:r>
              <w:rPr>
                <w:color w:val="1F2937"/>
                <w:sz w:val="19"/>
              </w:rPr>
              <w:t>☐</w:t>
            </w:r>
            <w:r>
              <w:rPr>
                <w:color w:val="1F2937"/>
                <w:sz w:val="19"/>
              </w:rPr>
              <w:t xml:space="preserve"> I am not sure what support I need</w:t>
            </w:r>
          </w:p>
        </w:tc>
        <w:tc>
          <w:tcPr>
            <w:tcW w:w="5184" w:type="dxa"/>
            <w:tcMar>
              <w:top w:w="55" w:type="dxa"/>
              <w:left w:w="70" w:type="dxa"/>
              <w:bottom w:w="55" w:type="dxa"/>
              <w:right w:w="70" w:type="dxa"/>
            </w:tcMar>
          </w:tcPr>
          <w:p w14:paraId="65FA6A4B" w14:textId="06FF7C66" w:rsidR="005B7B22" w:rsidRDefault="00333651">
            <w:r>
              <w:rPr>
                <w:color w:val="1F2937"/>
                <w:sz w:val="19"/>
              </w:rPr>
              <w:t>☐</w:t>
            </w:r>
            <w:r>
              <w:rPr>
                <w:color w:val="1F2937"/>
                <w:sz w:val="19"/>
              </w:rPr>
              <w:t xml:space="preserve"> No additional support identified at present</w:t>
            </w:r>
          </w:p>
        </w:tc>
      </w:tr>
    </w:tbl>
    <w:p w14:paraId="10E57277" w14:textId="77777777" w:rsidR="005B7B22" w:rsidRDefault="00333651">
      <w:pPr>
        <w:spacing w:after="40"/>
      </w:pPr>
      <w:r>
        <w:rPr>
          <w:b/>
          <w:color w:val="1F2937"/>
          <w:sz w:val="20"/>
        </w:rPr>
        <w:t>Please tell us what usually helps you learn well:</w:t>
      </w:r>
    </w:p>
    <w:p w14:paraId="4D64FBEC" w14:textId="77777777" w:rsidR="005B7B22" w:rsidRDefault="00333651">
      <w:pPr>
        <w:spacing w:after="40"/>
      </w:pPr>
      <w:r>
        <w:rPr>
          <w:color w:val="9B9B9B"/>
          <w:sz w:val="18"/>
        </w:rPr>
        <w:t>________________________________________________________________________________________________________</w:t>
      </w:r>
    </w:p>
    <w:p w14:paraId="36216B85" w14:textId="77777777" w:rsidR="005B7B22" w:rsidRDefault="00333651">
      <w:pPr>
        <w:spacing w:after="40"/>
      </w:pPr>
      <w:r>
        <w:rPr>
          <w:color w:val="9B9B9B"/>
          <w:sz w:val="18"/>
        </w:rPr>
        <w:t>________________________________________________________________________________________________________</w:t>
      </w:r>
    </w:p>
    <w:p w14:paraId="3B269E8A" w14:textId="77777777" w:rsidR="005B7B22" w:rsidRDefault="00333651">
      <w:pPr>
        <w:spacing w:after="40"/>
      </w:pPr>
      <w:r>
        <w:rPr>
          <w:color w:val="9B9B9B"/>
          <w:sz w:val="18"/>
        </w:rPr>
        <w:t>________________________________________________________________________________________________________</w:t>
      </w:r>
    </w:p>
    <w:p w14:paraId="539CEA13" w14:textId="77777777" w:rsidR="005B7B22" w:rsidRDefault="00333651">
      <w:pPr>
        <w:spacing w:after="40"/>
      </w:pPr>
      <w:r>
        <w:rPr>
          <w:color w:val="9B9B9B"/>
          <w:sz w:val="18"/>
        </w:rPr>
        <w:t>________________________________________________________________________________________________________</w:t>
      </w:r>
    </w:p>
    <w:p w14:paraId="45CCC1DB" w14:textId="77777777" w:rsidR="005B7B22" w:rsidRDefault="00333651">
      <w:pPr>
        <w:spacing w:after="40"/>
      </w:pPr>
      <w:r>
        <w:rPr>
          <w:b/>
          <w:color w:val="1F2937"/>
          <w:sz w:val="20"/>
        </w:rPr>
        <w:t>Is there anything that makes learning or attendance harder for you?</w:t>
      </w:r>
    </w:p>
    <w:p w14:paraId="5B35B810" w14:textId="77777777" w:rsidR="005B7B22" w:rsidRDefault="00333651">
      <w:pPr>
        <w:spacing w:after="40"/>
      </w:pPr>
      <w:r>
        <w:rPr>
          <w:color w:val="9B9B9B"/>
          <w:sz w:val="18"/>
        </w:rPr>
        <w:t>________________________________________________________________________________________________________</w:t>
      </w:r>
    </w:p>
    <w:p w14:paraId="36E31EEC" w14:textId="77777777" w:rsidR="005B7B22" w:rsidRDefault="00333651">
      <w:pPr>
        <w:spacing w:after="40"/>
      </w:pPr>
      <w:r>
        <w:rPr>
          <w:color w:val="9B9B9B"/>
          <w:sz w:val="18"/>
        </w:rPr>
        <w:t>________________________________________________________________________________________________________</w:t>
      </w:r>
    </w:p>
    <w:p w14:paraId="422606CC" w14:textId="77777777" w:rsidR="005B7B22" w:rsidRDefault="00333651">
      <w:pPr>
        <w:spacing w:after="40"/>
      </w:pPr>
      <w:r>
        <w:rPr>
          <w:color w:val="9B9B9B"/>
          <w:sz w:val="18"/>
        </w:rPr>
        <w:t>________________________________________________________________________________________________________</w:t>
      </w:r>
    </w:p>
    <w:p w14:paraId="47DF8964" w14:textId="77777777" w:rsidR="005B7B22" w:rsidRDefault="00333651">
      <w:pPr>
        <w:spacing w:after="40"/>
      </w:pPr>
      <w:r>
        <w:rPr>
          <w:color w:val="9B9B9B"/>
          <w:sz w:val="18"/>
        </w:rPr>
        <w:t>________________________________________________________________________________________________________</w:t>
      </w:r>
    </w:p>
    <w:p w14:paraId="65A68D87" w14:textId="77777777" w:rsidR="005B7B22" w:rsidRDefault="00333651">
      <w:pPr>
        <w:spacing w:after="40"/>
      </w:pPr>
      <w:r>
        <w:rPr>
          <w:b/>
          <w:color w:val="1F2937"/>
          <w:sz w:val="20"/>
        </w:rPr>
        <w:t>Would you like us to contact you before interview or enrolment to discuss reasonable adjustments or support?</w:t>
      </w:r>
    </w:p>
    <w:p w14:paraId="419069D5" w14:textId="77777777" w:rsidR="005B7B22" w:rsidRDefault="00333651">
      <w:pPr>
        <w:spacing w:after="40"/>
      </w:pPr>
      <w:r>
        <w:rPr>
          <w:color w:val="9B9B9B"/>
          <w:sz w:val="18"/>
        </w:rPr>
        <w:t>________________________________________________________________________________________________________</w:t>
      </w:r>
    </w:p>
    <w:tbl>
      <w:tblPr>
        <w:tblW w:w="0" w:type="auto"/>
        <w:jc w:val="center"/>
        <w:tblLook w:val="04A0" w:firstRow="1" w:lastRow="0" w:firstColumn="1" w:lastColumn="0" w:noHBand="0" w:noVBand="1"/>
      </w:tblPr>
      <w:tblGrid>
        <w:gridCol w:w="3456"/>
        <w:gridCol w:w="3456"/>
        <w:gridCol w:w="3456"/>
      </w:tblGrid>
      <w:tr w:rsidR="005B7B22" w14:paraId="3C139ED7" w14:textId="77777777">
        <w:trPr>
          <w:jc w:val="center"/>
        </w:trPr>
        <w:tc>
          <w:tcPr>
            <w:tcW w:w="3456" w:type="dxa"/>
            <w:tcMar>
              <w:top w:w="55" w:type="dxa"/>
              <w:left w:w="70" w:type="dxa"/>
              <w:bottom w:w="55" w:type="dxa"/>
              <w:right w:w="70" w:type="dxa"/>
            </w:tcMar>
          </w:tcPr>
          <w:p w14:paraId="5C38D889" w14:textId="77777777" w:rsidR="005B7B22" w:rsidRDefault="00333651">
            <w:r>
              <w:rPr>
                <w:color w:val="1F2937"/>
                <w:sz w:val="19"/>
              </w:rPr>
              <w:t>☐</w:t>
            </w:r>
            <w:r>
              <w:rPr>
                <w:color w:val="1F2937"/>
                <w:sz w:val="19"/>
              </w:rPr>
              <w:t xml:space="preserve"> Yes</w:t>
            </w:r>
          </w:p>
        </w:tc>
        <w:tc>
          <w:tcPr>
            <w:tcW w:w="3456" w:type="dxa"/>
            <w:tcMar>
              <w:top w:w="55" w:type="dxa"/>
              <w:left w:w="70" w:type="dxa"/>
              <w:bottom w:w="55" w:type="dxa"/>
              <w:right w:w="70" w:type="dxa"/>
            </w:tcMar>
          </w:tcPr>
          <w:p w14:paraId="0BD7D68A" w14:textId="77777777" w:rsidR="005B7B22" w:rsidRDefault="00333651">
            <w:r>
              <w:rPr>
                <w:color w:val="1F2937"/>
                <w:sz w:val="19"/>
              </w:rPr>
              <w:t>☐</w:t>
            </w:r>
            <w:r>
              <w:rPr>
                <w:color w:val="1F2937"/>
                <w:sz w:val="19"/>
              </w:rPr>
              <w:t xml:space="preserve"> No</w:t>
            </w:r>
          </w:p>
        </w:tc>
        <w:tc>
          <w:tcPr>
            <w:tcW w:w="3456" w:type="dxa"/>
            <w:tcMar>
              <w:top w:w="55" w:type="dxa"/>
              <w:left w:w="70" w:type="dxa"/>
              <w:bottom w:w="55" w:type="dxa"/>
              <w:right w:w="70" w:type="dxa"/>
            </w:tcMar>
          </w:tcPr>
          <w:p w14:paraId="724E2CA5" w14:textId="77777777" w:rsidR="005B7B22" w:rsidRDefault="00333651">
            <w:r>
              <w:rPr>
                <w:color w:val="1F2937"/>
                <w:sz w:val="19"/>
              </w:rPr>
              <w:t>☐</w:t>
            </w:r>
            <w:r>
              <w:rPr>
                <w:color w:val="1F2937"/>
                <w:sz w:val="19"/>
              </w:rPr>
              <w:t xml:space="preserve"> Not sure - please contact me</w:t>
            </w:r>
          </w:p>
        </w:tc>
      </w:tr>
    </w:tbl>
    <w:p w14:paraId="57C18355" w14:textId="77777777" w:rsidR="005B7B22" w:rsidRDefault="00333651">
      <w:pPr>
        <w:spacing w:before="160" w:after="80"/>
      </w:pPr>
      <w:r>
        <w:rPr>
          <w:b/>
          <w:color w:val="17345C"/>
          <w:sz w:val="26"/>
        </w:rPr>
        <w:t>G. Access to online learning</w:t>
      </w:r>
    </w:p>
    <w:tbl>
      <w:tblPr>
        <w:tblW w:w="0" w:type="auto"/>
        <w:jc w:val="center"/>
        <w:tblLook w:val="04A0" w:firstRow="1" w:lastRow="0" w:firstColumn="1" w:lastColumn="0" w:noHBand="0" w:noVBand="1"/>
      </w:tblPr>
      <w:tblGrid>
        <w:gridCol w:w="5184"/>
        <w:gridCol w:w="5184"/>
      </w:tblGrid>
      <w:tr w:rsidR="005B7B22" w14:paraId="5C6F4225" w14:textId="77777777">
        <w:trPr>
          <w:jc w:val="center"/>
        </w:trPr>
        <w:tc>
          <w:tcPr>
            <w:tcW w:w="5184" w:type="dxa"/>
            <w:tcMar>
              <w:top w:w="55" w:type="dxa"/>
              <w:left w:w="70" w:type="dxa"/>
              <w:bottom w:w="55" w:type="dxa"/>
              <w:right w:w="70" w:type="dxa"/>
            </w:tcMar>
          </w:tcPr>
          <w:p w14:paraId="35D83CEE" w14:textId="77777777" w:rsidR="005B7B22" w:rsidRDefault="00333651">
            <w:r>
              <w:rPr>
                <w:color w:val="1F2937"/>
                <w:sz w:val="19"/>
              </w:rPr>
              <w:t>☐</w:t>
            </w:r>
            <w:r>
              <w:rPr>
                <w:color w:val="1F2937"/>
                <w:sz w:val="19"/>
              </w:rPr>
              <w:t xml:space="preserve"> I have reliable internet access</w:t>
            </w:r>
          </w:p>
        </w:tc>
        <w:tc>
          <w:tcPr>
            <w:tcW w:w="5184" w:type="dxa"/>
            <w:tcMar>
              <w:top w:w="55" w:type="dxa"/>
              <w:left w:w="70" w:type="dxa"/>
              <w:bottom w:w="55" w:type="dxa"/>
              <w:right w:w="70" w:type="dxa"/>
            </w:tcMar>
          </w:tcPr>
          <w:p w14:paraId="43A64343" w14:textId="77777777" w:rsidR="005B7B22" w:rsidRDefault="00333651">
            <w:r>
              <w:rPr>
                <w:color w:val="1F2937"/>
                <w:sz w:val="19"/>
              </w:rPr>
              <w:t>☐</w:t>
            </w:r>
            <w:r>
              <w:rPr>
                <w:color w:val="1F2937"/>
                <w:sz w:val="19"/>
              </w:rPr>
              <w:t xml:space="preserve"> I have access to a computer or suitable device</w:t>
            </w:r>
          </w:p>
        </w:tc>
      </w:tr>
      <w:tr w:rsidR="005B7B22" w14:paraId="2C38765B" w14:textId="77777777">
        <w:trPr>
          <w:jc w:val="center"/>
        </w:trPr>
        <w:tc>
          <w:tcPr>
            <w:tcW w:w="5184" w:type="dxa"/>
            <w:tcMar>
              <w:top w:w="55" w:type="dxa"/>
              <w:left w:w="70" w:type="dxa"/>
              <w:bottom w:w="55" w:type="dxa"/>
              <w:right w:w="70" w:type="dxa"/>
            </w:tcMar>
          </w:tcPr>
          <w:p w14:paraId="3349795B" w14:textId="77777777" w:rsidR="005B7B22" w:rsidRDefault="00333651">
            <w:r>
              <w:rPr>
                <w:color w:val="1F2937"/>
                <w:sz w:val="19"/>
              </w:rPr>
              <w:t>☐</w:t>
            </w:r>
            <w:r>
              <w:rPr>
                <w:color w:val="1F2937"/>
                <w:sz w:val="19"/>
              </w:rPr>
              <w:t xml:space="preserve"> I may need help with internet/device access</w:t>
            </w:r>
          </w:p>
        </w:tc>
        <w:tc>
          <w:tcPr>
            <w:tcW w:w="5184" w:type="dxa"/>
            <w:tcMar>
              <w:top w:w="55" w:type="dxa"/>
              <w:left w:w="70" w:type="dxa"/>
              <w:bottom w:w="55" w:type="dxa"/>
              <w:right w:w="70" w:type="dxa"/>
            </w:tcMar>
          </w:tcPr>
          <w:p w14:paraId="24C171D3" w14:textId="77777777" w:rsidR="005B7B22" w:rsidRDefault="00333651">
            <w:r>
              <w:rPr>
                <w:color w:val="1F2937"/>
                <w:sz w:val="19"/>
              </w:rPr>
              <w:t>☐</w:t>
            </w:r>
            <w:r>
              <w:rPr>
                <w:color w:val="1F2937"/>
                <w:sz w:val="19"/>
              </w:rPr>
              <w:t xml:space="preserve"> I am confident using online learning systems</w:t>
            </w:r>
          </w:p>
        </w:tc>
      </w:tr>
      <w:tr w:rsidR="005B7B22" w14:paraId="3034FE1B" w14:textId="77777777">
        <w:trPr>
          <w:jc w:val="center"/>
        </w:trPr>
        <w:tc>
          <w:tcPr>
            <w:tcW w:w="5184" w:type="dxa"/>
            <w:tcMar>
              <w:top w:w="55" w:type="dxa"/>
              <w:left w:w="70" w:type="dxa"/>
              <w:bottom w:w="55" w:type="dxa"/>
              <w:right w:w="70" w:type="dxa"/>
            </w:tcMar>
          </w:tcPr>
          <w:p w14:paraId="0D215E93" w14:textId="77777777" w:rsidR="005B7B22" w:rsidRDefault="00333651">
            <w:r>
              <w:rPr>
                <w:color w:val="1F2937"/>
                <w:sz w:val="19"/>
              </w:rPr>
              <w:t>☐</w:t>
            </w:r>
            <w:r>
              <w:rPr>
                <w:color w:val="1F2937"/>
                <w:sz w:val="19"/>
              </w:rPr>
              <w:t xml:space="preserve"> I may need help with digital learning</w:t>
            </w:r>
          </w:p>
        </w:tc>
        <w:tc>
          <w:tcPr>
            <w:tcW w:w="5184" w:type="dxa"/>
            <w:tcMar>
              <w:top w:w="55" w:type="dxa"/>
              <w:left w:w="70" w:type="dxa"/>
              <w:bottom w:w="55" w:type="dxa"/>
              <w:right w:w="70" w:type="dxa"/>
            </w:tcMar>
          </w:tcPr>
          <w:p w14:paraId="5435D4E3" w14:textId="77777777" w:rsidR="005B7B22" w:rsidRDefault="005B7B22"/>
        </w:tc>
      </w:tr>
    </w:tbl>
    <w:p w14:paraId="7C050C06" w14:textId="77777777" w:rsidR="005B7B22" w:rsidRDefault="00333651">
      <w:pPr>
        <w:spacing w:after="40"/>
      </w:pPr>
      <w:r>
        <w:rPr>
          <w:b/>
          <w:color w:val="1F2937"/>
          <w:sz w:val="20"/>
        </w:rPr>
        <w:t>Anything else we should know about online access:</w:t>
      </w:r>
    </w:p>
    <w:p w14:paraId="68AB478D" w14:textId="77777777" w:rsidR="005B7B22" w:rsidRDefault="00333651">
      <w:pPr>
        <w:spacing w:after="40"/>
      </w:pPr>
      <w:r>
        <w:rPr>
          <w:color w:val="9B9B9B"/>
          <w:sz w:val="18"/>
        </w:rPr>
        <w:t>________________________________________________________________________________________________________</w:t>
      </w:r>
    </w:p>
    <w:p w14:paraId="0DE4D25A" w14:textId="77777777" w:rsidR="005B7B22" w:rsidRDefault="00333651">
      <w:pPr>
        <w:spacing w:after="40"/>
      </w:pPr>
      <w:r>
        <w:rPr>
          <w:color w:val="9B9B9B"/>
          <w:sz w:val="18"/>
        </w:rPr>
        <w:t>________________________________________________________________________________________________________</w:t>
      </w:r>
    </w:p>
    <w:p w14:paraId="6C4BCA32" w14:textId="77777777" w:rsidR="00EB2404" w:rsidRDefault="00EB2404"/>
    <w:p w14:paraId="62DE439C" w14:textId="77777777" w:rsidR="00EB2404" w:rsidRDefault="00EB2404"/>
    <w:p w14:paraId="1E669047" w14:textId="1AE10878" w:rsidR="005B7B22" w:rsidRDefault="00EB2404">
      <w:r>
        <w:rPr>
          <w:b/>
          <w:bCs/>
        </w:rPr>
        <w:t xml:space="preserve">As with all healthcare professions and courses in the UK: </w:t>
      </w:r>
      <w:r w:rsidRPr="00EB2404">
        <w:rPr>
          <w:b/>
          <w:bCs/>
        </w:rPr>
        <w:t>Please note that undergrad students will be required to undertake vaccination for Hepatitis B</w:t>
      </w:r>
      <w:r>
        <w:t xml:space="preserve">. They can obtain these from their GP. You will be required to supply a photocopy of your results stating that you are a responder before being allowed onto clinical placement with real patients. You should begin these as soon as possible as it can take up to 6 months to complete. If there is a medical reason why you cannot have these, please contact us for advice. </w:t>
      </w:r>
      <w:r w:rsidR="00333651">
        <w:br w:type="page"/>
      </w:r>
    </w:p>
    <w:p w14:paraId="5FB9B581" w14:textId="77777777" w:rsidR="005B7B22" w:rsidRDefault="00333651">
      <w:pPr>
        <w:pBdr>
          <w:bottom w:val="single" w:sz="14" w:space="1" w:color="C59A3D"/>
        </w:pBdr>
        <w:spacing w:before="40" w:after="160"/>
      </w:pPr>
      <w:r>
        <w:rPr>
          <w:b/>
          <w:color w:val="17345C"/>
          <w:sz w:val="36"/>
        </w:rPr>
        <w:lastRenderedPageBreak/>
        <w:t>H. Your motivation</w:t>
      </w:r>
    </w:p>
    <w:p w14:paraId="7274FB2A" w14:textId="77777777" w:rsidR="005B7B22" w:rsidRDefault="00333651">
      <w:pPr>
        <w:spacing w:line="254" w:lineRule="auto"/>
      </w:pPr>
      <w:r>
        <w:rPr>
          <w:color w:val="1F2937"/>
        </w:rPr>
        <w:t>There is no “perfect” answer. We want to hear your own reasons in your own words. Spelling and grammar are not being marked.</w:t>
      </w:r>
    </w:p>
    <w:p w14:paraId="0CD46A47" w14:textId="77777777" w:rsidR="005B7B22" w:rsidRDefault="00333651">
      <w:pPr>
        <w:spacing w:after="40"/>
      </w:pPr>
      <w:r>
        <w:rPr>
          <w:b/>
          <w:color w:val="1F2937"/>
          <w:sz w:val="20"/>
        </w:rPr>
        <w:t>1. Why do you want this scholarship and what would the opportunity mean to you?</w:t>
      </w:r>
    </w:p>
    <w:p w14:paraId="4BFDEE8C" w14:textId="77777777" w:rsidR="005B7B22" w:rsidRDefault="00333651">
      <w:pPr>
        <w:spacing w:after="40"/>
      </w:pPr>
      <w:r>
        <w:rPr>
          <w:color w:val="9B9B9B"/>
          <w:sz w:val="18"/>
        </w:rPr>
        <w:t>________________________________________________________________________________________________________</w:t>
      </w:r>
    </w:p>
    <w:p w14:paraId="67B55902" w14:textId="77777777" w:rsidR="005B7B22" w:rsidRDefault="00333651">
      <w:pPr>
        <w:spacing w:after="40"/>
      </w:pPr>
      <w:r>
        <w:rPr>
          <w:color w:val="9B9B9B"/>
          <w:sz w:val="18"/>
        </w:rPr>
        <w:t>________________________________________________________________________________________________________</w:t>
      </w:r>
    </w:p>
    <w:p w14:paraId="33248E00" w14:textId="77777777" w:rsidR="005B7B22" w:rsidRDefault="00333651">
      <w:pPr>
        <w:spacing w:after="40"/>
      </w:pPr>
      <w:r>
        <w:rPr>
          <w:color w:val="9B9B9B"/>
          <w:sz w:val="18"/>
        </w:rPr>
        <w:t>________________________________________________________________________________________________________</w:t>
      </w:r>
    </w:p>
    <w:p w14:paraId="1C685B89" w14:textId="77777777" w:rsidR="005B7B22" w:rsidRDefault="00333651">
      <w:pPr>
        <w:spacing w:after="40"/>
      </w:pPr>
      <w:r>
        <w:rPr>
          <w:color w:val="9B9B9B"/>
          <w:sz w:val="18"/>
        </w:rPr>
        <w:t>________________________________________________________________________________________________________</w:t>
      </w:r>
    </w:p>
    <w:p w14:paraId="6A8C5FD3" w14:textId="77777777" w:rsidR="005B7B22" w:rsidRDefault="00333651">
      <w:pPr>
        <w:spacing w:after="40"/>
      </w:pPr>
      <w:r>
        <w:rPr>
          <w:color w:val="9B9B9B"/>
          <w:sz w:val="18"/>
        </w:rPr>
        <w:t>________________________________________________________________________________________________________</w:t>
      </w:r>
    </w:p>
    <w:p w14:paraId="2644FF51" w14:textId="77777777" w:rsidR="005B7B22" w:rsidRDefault="00333651">
      <w:pPr>
        <w:spacing w:after="40"/>
      </w:pPr>
      <w:r>
        <w:rPr>
          <w:color w:val="9B9B9B"/>
          <w:sz w:val="18"/>
        </w:rPr>
        <w:t>________________________________________________________________________________________________________</w:t>
      </w:r>
    </w:p>
    <w:p w14:paraId="40037BDA" w14:textId="77777777" w:rsidR="005B7B22" w:rsidRDefault="00333651">
      <w:pPr>
        <w:spacing w:after="40"/>
      </w:pPr>
      <w:r>
        <w:rPr>
          <w:b/>
          <w:color w:val="1F2937"/>
          <w:sz w:val="20"/>
        </w:rPr>
        <w:t>2. Why are you interested in naturopathy, naprapathy, healthcare, science or helping people?</w:t>
      </w:r>
    </w:p>
    <w:p w14:paraId="60B3213A" w14:textId="77777777" w:rsidR="005B7B22" w:rsidRDefault="00333651">
      <w:pPr>
        <w:spacing w:after="40"/>
      </w:pPr>
      <w:r>
        <w:rPr>
          <w:color w:val="9B9B9B"/>
          <w:sz w:val="18"/>
        </w:rPr>
        <w:t>________________________________________________________________________________________________________</w:t>
      </w:r>
    </w:p>
    <w:p w14:paraId="530E8F67" w14:textId="77777777" w:rsidR="005B7B22" w:rsidRDefault="00333651">
      <w:pPr>
        <w:spacing w:after="40"/>
      </w:pPr>
      <w:r>
        <w:rPr>
          <w:color w:val="9B9B9B"/>
          <w:sz w:val="18"/>
        </w:rPr>
        <w:t>________________________________________________________________________________________________________</w:t>
      </w:r>
    </w:p>
    <w:p w14:paraId="70A03A62" w14:textId="77777777" w:rsidR="005B7B22" w:rsidRDefault="00333651">
      <w:pPr>
        <w:spacing w:after="40"/>
      </w:pPr>
      <w:r>
        <w:rPr>
          <w:color w:val="9B9B9B"/>
          <w:sz w:val="18"/>
        </w:rPr>
        <w:t>________________________________________________________________________________________________________</w:t>
      </w:r>
    </w:p>
    <w:p w14:paraId="4DECA4E2" w14:textId="77777777" w:rsidR="005B7B22" w:rsidRDefault="00333651">
      <w:pPr>
        <w:spacing w:after="40"/>
      </w:pPr>
      <w:r>
        <w:rPr>
          <w:color w:val="9B9B9B"/>
          <w:sz w:val="18"/>
        </w:rPr>
        <w:t>________________________________________________________________________________________________________</w:t>
      </w:r>
    </w:p>
    <w:p w14:paraId="0A7E3F82" w14:textId="77777777" w:rsidR="005B7B22" w:rsidRDefault="00333651">
      <w:pPr>
        <w:spacing w:after="40"/>
      </w:pPr>
      <w:r>
        <w:rPr>
          <w:color w:val="9B9B9B"/>
          <w:sz w:val="18"/>
        </w:rPr>
        <w:t>________________________________________________________________________________________________________</w:t>
      </w:r>
    </w:p>
    <w:p w14:paraId="285703B1" w14:textId="77777777" w:rsidR="005B7B22" w:rsidRDefault="00333651">
      <w:pPr>
        <w:spacing w:after="40"/>
      </w:pPr>
      <w:r>
        <w:rPr>
          <w:color w:val="9B9B9B"/>
          <w:sz w:val="18"/>
        </w:rPr>
        <w:t>________________________________________________________________________________________________________</w:t>
      </w:r>
    </w:p>
    <w:p w14:paraId="2D35703F" w14:textId="77777777" w:rsidR="005B7B22" w:rsidRDefault="00333651">
      <w:pPr>
        <w:spacing w:after="40"/>
      </w:pPr>
      <w:r>
        <w:rPr>
          <w:b/>
          <w:color w:val="1F2937"/>
          <w:sz w:val="20"/>
        </w:rPr>
        <w:t>3. Tell us about a time when you kept going with something even though it was difficult.</w:t>
      </w:r>
    </w:p>
    <w:p w14:paraId="761FFDA5" w14:textId="77777777" w:rsidR="005B7B22" w:rsidRDefault="00333651">
      <w:pPr>
        <w:spacing w:after="40"/>
      </w:pPr>
      <w:r>
        <w:rPr>
          <w:color w:val="9B9B9B"/>
          <w:sz w:val="18"/>
        </w:rPr>
        <w:t>________________________________________________________________________________________________________</w:t>
      </w:r>
    </w:p>
    <w:p w14:paraId="44529E33" w14:textId="77777777" w:rsidR="005B7B22" w:rsidRDefault="00333651">
      <w:pPr>
        <w:spacing w:after="40"/>
      </w:pPr>
      <w:r>
        <w:rPr>
          <w:color w:val="9B9B9B"/>
          <w:sz w:val="18"/>
        </w:rPr>
        <w:t>________________________________________________________________________________________________________</w:t>
      </w:r>
    </w:p>
    <w:p w14:paraId="308BDCBA" w14:textId="77777777" w:rsidR="005B7B22" w:rsidRDefault="00333651">
      <w:pPr>
        <w:spacing w:after="40"/>
      </w:pPr>
      <w:r>
        <w:rPr>
          <w:color w:val="9B9B9B"/>
          <w:sz w:val="18"/>
        </w:rPr>
        <w:t>________________________________________________________________________________________________________</w:t>
      </w:r>
    </w:p>
    <w:p w14:paraId="009F8904" w14:textId="77777777" w:rsidR="005B7B22" w:rsidRDefault="00333651">
      <w:pPr>
        <w:spacing w:after="40"/>
      </w:pPr>
      <w:r>
        <w:rPr>
          <w:color w:val="9B9B9B"/>
          <w:sz w:val="18"/>
        </w:rPr>
        <w:t>________________________________________________________________________________________________________</w:t>
      </w:r>
    </w:p>
    <w:p w14:paraId="03580FD6" w14:textId="77777777" w:rsidR="005B7B22" w:rsidRDefault="00333651">
      <w:pPr>
        <w:spacing w:after="40"/>
      </w:pPr>
      <w:r>
        <w:rPr>
          <w:color w:val="9B9B9B"/>
          <w:sz w:val="18"/>
        </w:rPr>
        <w:t>________________________________________________________________________________________________________</w:t>
      </w:r>
    </w:p>
    <w:p w14:paraId="64642CC1" w14:textId="77777777" w:rsidR="005B7B22" w:rsidRDefault="00333651">
      <w:pPr>
        <w:spacing w:after="40"/>
      </w:pPr>
      <w:r>
        <w:rPr>
          <w:color w:val="9B9B9B"/>
          <w:sz w:val="18"/>
        </w:rPr>
        <w:t>________________________________________________________________________________________________________</w:t>
      </w:r>
    </w:p>
    <w:p w14:paraId="7215CD4C" w14:textId="77777777" w:rsidR="005B7B22" w:rsidRDefault="00333651">
      <w:pPr>
        <w:spacing w:after="40"/>
      </w:pPr>
      <w:r>
        <w:rPr>
          <w:b/>
          <w:color w:val="1F2937"/>
          <w:sz w:val="20"/>
        </w:rPr>
        <w:t>4. What do you hope your life or career might look like in four or five years?</w:t>
      </w:r>
    </w:p>
    <w:p w14:paraId="4971CDC0" w14:textId="77777777" w:rsidR="005B7B22" w:rsidRDefault="00333651">
      <w:pPr>
        <w:spacing w:after="40"/>
      </w:pPr>
      <w:r>
        <w:rPr>
          <w:color w:val="9B9B9B"/>
          <w:sz w:val="18"/>
        </w:rPr>
        <w:t>________________________________________________________________________________________________________</w:t>
      </w:r>
    </w:p>
    <w:p w14:paraId="2DEF2361" w14:textId="77777777" w:rsidR="005B7B22" w:rsidRDefault="00333651">
      <w:pPr>
        <w:spacing w:after="40"/>
      </w:pPr>
      <w:r>
        <w:rPr>
          <w:color w:val="9B9B9B"/>
          <w:sz w:val="18"/>
        </w:rPr>
        <w:t>________________________________________________________________________________________________________</w:t>
      </w:r>
    </w:p>
    <w:p w14:paraId="4A2D17E7" w14:textId="77777777" w:rsidR="005B7B22" w:rsidRDefault="00333651">
      <w:pPr>
        <w:spacing w:after="40"/>
      </w:pPr>
      <w:r>
        <w:rPr>
          <w:color w:val="9B9B9B"/>
          <w:sz w:val="18"/>
        </w:rPr>
        <w:t>________________________________________________________________________________________________________</w:t>
      </w:r>
    </w:p>
    <w:p w14:paraId="3EFAE6B0" w14:textId="77777777" w:rsidR="005B7B22" w:rsidRDefault="00333651">
      <w:pPr>
        <w:spacing w:after="40"/>
      </w:pPr>
      <w:r>
        <w:rPr>
          <w:color w:val="9B9B9B"/>
          <w:sz w:val="18"/>
        </w:rPr>
        <w:t>________________________________________________________________________________________________________</w:t>
      </w:r>
    </w:p>
    <w:p w14:paraId="3A70CBC0" w14:textId="77777777" w:rsidR="005B7B22" w:rsidRDefault="00333651">
      <w:pPr>
        <w:spacing w:after="40"/>
      </w:pPr>
      <w:r>
        <w:rPr>
          <w:color w:val="9B9B9B"/>
          <w:sz w:val="18"/>
        </w:rPr>
        <w:t>________________________________________________________________________________________________________</w:t>
      </w:r>
    </w:p>
    <w:p w14:paraId="1445481D" w14:textId="77777777" w:rsidR="005B7B22" w:rsidRDefault="00333651">
      <w:pPr>
        <w:spacing w:after="40"/>
      </w:pPr>
      <w:r>
        <w:rPr>
          <w:color w:val="9B9B9B"/>
          <w:sz w:val="18"/>
        </w:rPr>
        <w:t>________________________________________________________________________________________________________</w:t>
      </w:r>
    </w:p>
    <w:p w14:paraId="40EC3F53" w14:textId="77777777" w:rsidR="005B7B22" w:rsidRDefault="00333651">
      <w:pPr>
        <w:spacing w:after="40"/>
      </w:pPr>
      <w:r>
        <w:rPr>
          <w:b/>
          <w:color w:val="1F2937"/>
          <w:sz w:val="20"/>
        </w:rPr>
        <w:t>5. What do you think will help you stay committed to the programme?</w:t>
      </w:r>
    </w:p>
    <w:p w14:paraId="4246353C" w14:textId="77777777" w:rsidR="005B7B22" w:rsidRDefault="00333651">
      <w:pPr>
        <w:spacing w:after="40"/>
      </w:pPr>
      <w:r>
        <w:rPr>
          <w:color w:val="9B9B9B"/>
          <w:sz w:val="18"/>
        </w:rPr>
        <w:t>________________________________________________________________________________________________________</w:t>
      </w:r>
    </w:p>
    <w:p w14:paraId="1A750FB9" w14:textId="77777777" w:rsidR="005B7B22" w:rsidRDefault="00333651">
      <w:pPr>
        <w:spacing w:after="40"/>
      </w:pPr>
      <w:r>
        <w:rPr>
          <w:color w:val="9B9B9B"/>
          <w:sz w:val="18"/>
        </w:rPr>
        <w:t>________________________________________________________________________________________________________</w:t>
      </w:r>
    </w:p>
    <w:p w14:paraId="17E8E647" w14:textId="77777777" w:rsidR="005B7B22" w:rsidRDefault="00333651">
      <w:pPr>
        <w:spacing w:after="40"/>
      </w:pPr>
      <w:r>
        <w:rPr>
          <w:color w:val="9B9B9B"/>
          <w:sz w:val="18"/>
        </w:rPr>
        <w:t>________________________________________________________________________________________________________</w:t>
      </w:r>
    </w:p>
    <w:p w14:paraId="5CD702DD" w14:textId="77777777" w:rsidR="005B7B22" w:rsidRDefault="00333651">
      <w:pPr>
        <w:spacing w:after="40"/>
      </w:pPr>
      <w:r>
        <w:rPr>
          <w:color w:val="9B9B9B"/>
          <w:sz w:val="18"/>
        </w:rPr>
        <w:t>________________________________________________________________________________________________________</w:t>
      </w:r>
    </w:p>
    <w:p w14:paraId="3F95C6A8" w14:textId="77777777" w:rsidR="005B7B22" w:rsidRDefault="00333651">
      <w:pPr>
        <w:spacing w:after="40"/>
      </w:pPr>
      <w:r>
        <w:rPr>
          <w:color w:val="9B9B9B"/>
          <w:sz w:val="18"/>
        </w:rPr>
        <w:t>________________________________________________________________________________________________________</w:t>
      </w:r>
    </w:p>
    <w:p w14:paraId="6FF2E3DC" w14:textId="77777777" w:rsidR="005B7B22" w:rsidRDefault="00333651">
      <w:r>
        <w:br w:type="page"/>
      </w:r>
    </w:p>
    <w:p w14:paraId="541C5E0A" w14:textId="77777777" w:rsidR="005B7B22" w:rsidRDefault="00333651">
      <w:pPr>
        <w:pBdr>
          <w:bottom w:val="single" w:sz="14" w:space="1" w:color="C59A3D"/>
        </w:pBdr>
        <w:spacing w:before="40" w:after="160"/>
      </w:pPr>
      <w:r>
        <w:rPr>
          <w:b/>
          <w:color w:val="17345C"/>
          <w:sz w:val="36"/>
        </w:rPr>
        <w:lastRenderedPageBreak/>
        <w:t>I. Commitment to study</w:t>
      </w:r>
    </w:p>
    <w:p w14:paraId="5F508DDB" w14:textId="77777777" w:rsidR="005B7B22" w:rsidRDefault="00333651">
      <w:pPr>
        <w:spacing w:line="254" w:lineRule="auto"/>
      </w:pPr>
      <w:r>
        <w:rPr>
          <w:color w:val="1F2937"/>
        </w:rPr>
        <w:t>The scholarship can remove the course-fee barrier, but the programme still requires time, effort and participation. Please read each statement and tick to show that you understand it.</w:t>
      </w:r>
    </w:p>
    <w:tbl>
      <w:tblPr>
        <w:tblW w:w="0" w:type="auto"/>
        <w:jc w:val="center"/>
        <w:tblLook w:val="04A0" w:firstRow="1" w:lastRow="0" w:firstColumn="1" w:lastColumn="0" w:noHBand="0" w:noVBand="1"/>
      </w:tblPr>
      <w:tblGrid>
        <w:gridCol w:w="10368"/>
      </w:tblGrid>
      <w:tr w:rsidR="005B7B22" w14:paraId="473B62E3" w14:textId="77777777">
        <w:trPr>
          <w:jc w:val="center"/>
        </w:trPr>
        <w:tc>
          <w:tcPr>
            <w:tcW w:w="10368" w:type="dxa"/>
            <w:tcMar>
              <w:top w:w="55" w:type="dxa"/>
              <w:left w:w="70" w:type="dxa"/>
              <w:bottom w:w="55" w:type="dxa"/>
              <w:right w:w="70" w:type="dxa"/>
            </w:tcMar>
          </w:tcPr>
          <w:p w14:paraId="305EFDCD" w14:textId="77777777" w:rsidR="005B7B22" w:rsidRDefault="00333651">
            <w:r>
              <w:rPr>
                <w:color w:val="1F2937"/>
                <w:sz w:val="19"/>
              </w:rPr>
              <w:t>☐</w:t>
            </w:r>
            <w:r>
              <w:rPr>
                <w:color w:val="1F2937"/>
                <w:sz w:val="19"/>
              </w:rPr>
              <w:t xml:space="preserve"> I understand that around 75% of the programme is online learning.</w:t>
            </w:r>
          </w:p>
        </w:tc>
      </w:tr>
      <w:tr w:rsidR="005B7B22" w14:paraId="50979654" w14:textId="77777777">
        <w:trPr>
          <w:jc w:val="center"/>
        </w:trPr>
        <w:tc>
          <w:tcPr>
            <w:tcW w:w="10368" w:type="dxa"/>
            <w:tcMar>
              <w:top w:w="55" w:type="dxa"/>
              <w:left w:w="70" w:type="dxa"/>
              <w:bottom w:w="55" w:type="dxa"/>
              <w:right w:w="70" w:type="dxa"/>
            </w:tcMar>
          </w:tcPr>
          <w:p w14:paraId="4C4D67E5" w14:textId="513BDA6B" w:rsidR="005B7B22" w:rsidRDefault="00333651">
            <w:r>
              <w:rPr>
                <w:color w:val="1F2937"/>
                <w:sz w:val="19"/>
              </w:rPr>
              <w:t>☐</w:t>
            </w:r>
            <w:r>
              <w:rPr>
                <w:color w:val="1F2937"/>
                <w:sz w:val="19"/>
              </w:rPr>
              <w:t xml:space="preserve"> I understand that around 25% involves live Zoom, face-to-face teaching and/or clinic attendance</w:t>
            </w:r>
            <w:r w:rsidR="00EB2404">
              <w:rPr>
                <w:color w:val="1F2937"/>
                <w:sz w:val="19"/>
              </w:rPr>
              <w:t xml:space="preserve"> along with other students, tutors and patients who may also be vulnerable</w:t>
            </w:r>
            <w:r>
              <w:rPr>
                <w:color w:val="1F2937"/>
                <w:sz w:val="19"/>
              </w:rPr>
              <w:t>.</w:t>
            </w:r>
            <w:r w:rsidR="00EB2404">
              <w:rPr>
                <w:color w:val="1F2937"/>
                <w:sz w:val="19"/>
              </w:rPr>
              <w:t xml:space="preserve"> You also understand the hepatitis B vaccination requirements. </w:t>
            </w:r>
          </w:p>
        </w:tc>
      </w:tr>
      <w:tr w:rsidR="005B7B22" w14:paraId="57AEE8B7" w14:textId="77777777">
        <w:trPr>
          <w:jc w:val="center"/>
        </w:trPr>
        <w:tc>
          <w:tcPr>
            <w:tcW w:w="10368" w:type="dxa"/>
            <w:tcMar>
              <w:top w:w="55" w:type="dxa"/>
              <w:left w:w="70" w:type="dxa"/>
              <w:bottom w:w="55" w:type="dxa"/>
              <w:right w:w="70" w:type="dxa"/>
            </w:tcMar>
          </w:tcPr>
          <w:p w14:paraId="626F020F" w14:textId="77777777" w:rsidR="005B7B22" w:rsidRDefault="00333651">
            <w:r>
              <w:rPr>
                <w:color w:val="1F2937"/>
                <w:sz w:val="19"/>
              </w:rPr>
              <w:t>☐</w:t>
            </w:r>
            <w:r>
              <w:rPr>
                <w:color w:val="1F2937"/>
                <w:sz w:val="19"/>
              </w:rPr>
              <w:t xml:space="preserve"> I understand that some practical and clinic sessions will require me to travel to Glasgow.</w:t>
            </w:r>
          </w:p>
        </w:tc>
      </w:tr>
      <w:tr w:rsidR="005B7B22" w14:paraId="08F660B5" w14:textId="77777777">
        <w:trPr>
          <w:jc w:val="center"/>
        </w:trPr>
        <w:tc>
          <w:tcPr>
            <w:tcW w:w="10368" w:type="dxa"/>
            <w:tcMar>
              <w:top w:w="55" w:type="dxa"/>
              <w:left w:w="70" w:type="dxa"/>
              <w:bottom w:w="55" w:type="dxa"/>
              <w:right w:w="70" w:type="dxa"/>
            </w:tcMar>
          </w:tcPr>
          <w:p w14:paraId="6C22AA91" w14:textId="77777777" w:rsidR="005B7B22" w:rsidRDefault="00333651">
            <w:r>
              <w:rPr>
                <w:color w:val="1F2937"/>
                <w:sz w:val="19"/>
              </w:rPr>
              <w:t>☐</w:t>
            </w:r>
            <w:r>
              <w:rPr>
                <w:color w:val="1F2937"/>
                <w:sz w:val="19"/>
              </w:rPr>
              <w:t xml:space="preserve"> I am willing to keep in regular contact with my personal tutor.</w:t>
            </w:r>
          </w:p>
        </w:tc>
      </w:tr>
      <w:tr w:rsidR="005B7B22" w14:paraId="73050F83" w14:textId="77777777">
        <w:trPr>
          <w:jc w:val="center"/>
        </w:trPr>
        <w:tc>
          <w:tcPr>
            <w:tcW w:w="10368" w:type="dxa"/>
            <w:tcMar>
              <w:top w:w="55" w:type="dxa"/>
              <w:left w:w="70" w:type="dxa"/>
              <w:bottom w:w="55" w:type="dxa"/>
              <w:right w:w="70" w:type="dxa"/>
            </w:tcMar>
          </w:tcPr>
          <w:p w14:paraId="6EE8C61C" w14:textId="24F6BB62" w:rsidR="005B7B22" w:rsidRDefault="00333651">
            <w:r>
              <w:rPr>
                <w:color w:val="1F2937"/>
                <w:sz w:val="19"/>
              </w:rPr>
              <w:t>☐</w:t>
            </w:r>
            <w:r>
              <w:rPr>
                <w:color w:val="1F2937"/>
                <w:sz w:val="19"/>
              </w:rPr>
              <w:t xml:space="preserve"> I am willing to ask for support if I am struggling</w:t>
            </w:r>
            <w:r w:rsidR="00EB2404">
              <w:rPr>
                <w:color w:val="1F2937"/>
                <w:sz w:val="19"/>
              </w:rPr>
              <w:t xml:space="preserve"> and never let things spiral out of control</w:t>
            </w:r>
            <w:r>
              <w:rPr>
                <w:color w:val="1F2937"/>
                <w:sz w:val="19"/>
              </w:rPr>
              <w:t>.</w:t>
            </w:r>
          </w:p>
        </w:tc>
      </w:tr>
      <w:tr w:rsidR="005B7B22" w14:paraId="098486AB" w14:textId="77777777">
        <w:trPr>
          <w:jc w:val="center"/>
        </w:trPr>
        <w:tc>
          <w:tcPr>
            <w:tcW w:w="10368" w:type="dxa"/>
            <w:tcMar>
              <w:top w:w="55" w:type="dxa"/>
              <w:left w:w="70" w:type="dxa"/>
              <w:bottom w:w="55" w:type="dxa"/>
              <w:right w:w="70" w:type="dxa"/>
            </w:tcMar>
          </w:tcPr>
          <w:p w14:paraId="243111CC" w14:textId="77777777" w:rsidR="005B7B22" w:rsidRDefault="00333651">
            <w:r>
              <w:rPr>
                <w:color w:val="1F2937"/>
                <w:sz w:val="19"/>
              </w:rPr>
              <w:t>☐</w:t>
            </w:r>
            <w:r>
              <w:rPr>
                <w:color w:val="1F2937"/>
                <w:sz w:val="19"/>
              </w:rPr>
              <w:t xml:space="preserve"> I understand that continuation of the scholarship depends on satisfactory progress, attendance, participation and professional conduct.</w:t>
            </w:r>
          </w:p>
        </w:tc>
      </w:tr>
      <w:tr w:rsidR="005B7B22" w14:paraId="750C1D58" w14:textId="77777777">
        <w:trPr>
          <w:jc w:val="center"/>
        </w:trPr>
        <w:tc>
          <w:tcPr>
            <w:tcW w:w="10368" w:type="dxa"/>
            <w:tcMar>
              <w:top w:w="55" w:type="dxa"/>
              <w:left w:w="70" w:type="dxa"/>
              <w:bottom w:w="55" w:type="dxa"/>
              <w:right w:w="70" w:type="dxa"/>
            </w:tcMar>
          </w:tcPr>
          <w:p w14:paraId="3C2F1381" w14:textId="77777777" w:rsidR="005B7B22" w:rsidRDefault="00333651">
            <w:r>
              <w:rPr>
                <w:color w:val="1F2937"/>
                <w:sz w:val="19"/>
              </w:rPr>
              <w:t>☐</w:t>
            </w:r>
            <w:r>
              <w:rPr>
                <w:color w:val="1F2937"/>
                <w:sz w:val="19"/>
              </w:rPr>
              <w:t xml:space="preserve"> I understand that the normal academic target for scholarship progression is at least a 60% GPA or equivalent average.</w:t>
            </w:r>
          </w:p>
        </w:tc>
      </w:tr>
      <w:tr w:rsidR="005B7B22" w14:paraId="4DB1AC0D" w14:textId="77777777">
        <w:trPr>
          <w:jc w:val="center"/>
        </w:trPr>
        <w:tc>
          <w:tcPr>
            <w:tcW w:w="10368" w:type="dxa"/>
            <w:tcMar>
              <w:top w:w="55" w:type="dxa"/>
              <w:left w:w="70" w:type="dxa"/>
              <w:bottom w:w="55" w:type="dxa"/>
              <w:right w:w="70" w:type="dxa"/>
            </w:tcMar>
          </w:tcPr>
          <w:p w14:paraId="6CCE9EDE" w14:textId="77777777" w:rsidR="005B7B22" w:rsidRDefault="00333651">
            <w:r>
              <w:rPr>
                <w:color w:val="1F2937"/>
                <w:sz w:val="19"/>
              </w:rPr>
              <w:t>☐</w:t>
            </w:r>
            <w:r>
              <w:rPr>
                <w:color w:val="1F2937"/>
                <w:sz w:val="19"/>
              </w:rPr>
              <w:t xml:space="preserve"> I understand that being offered support does not remove my responsibility to engage with the programme.</w:t>
            </w:r>
          </w:p>
        </w:tc>
      </w:tr>
    </w:tbl>
    <w:p w14:paraId="34223CE0" w14:textId="77777777" w:rsidR="005B7B22" w:rsidRDefault="00333651">
      <w:pPr>
        <w:spacing w:before="160" w:after="80"/>
      </w:pPr>
      <w:r>
        <w:rPr>
          <w:b/>
          <w:color w:val="17345C"/>
          <w:sz w:val="26"/>
        </w:rPr>
        <w:t>J. Referee details</w:t>
      </w:r>
    </w:p>
    <w:tbl>
      <w:tblPr>
        <w:tblW w:w="0" w:type="auto"/>
        <w:jc w:val="center"/>
        <w:tblLayout w:type="fixed"/>
        <w:tblLook w:val="04A0" w:firstRow="1" w:lastRow="0" w:firstColumn="1" w:lastColumn="0" w:noHBand="0" w:noVBand="1"/>
      </w:tblPr>
      <w:tblGrid>
        <w:gridCol w:w="5184"/>
        <w:gridCol w:w="5184"/>
      </w:tblGrid>
      <w:tr w:rsidR="005B7B22" w14:paraId="2FB846C8" w14:textId="77777777">
        <w:trPr>
          <w:jc w:val="center"/>
        </w:trPr>
        <w:tc>
          <w:tcPr>
            <w:tcW w:w="5184" w:type="dxa"/>
            <w:shd w:val="clear" w:color="auto" w:fill="FBFCFE"/>
            <w:tcMar>
              <w:top w:w="70" w:type="dxa"/>
              <w:left w:w="90" w:type="dxa"/>
              <w:bottom w:w="70" w:type="dxa"/>
              <w:right w:w="90" w:type="dxa"/>
            </w:tcMar>
          </w:tcPr>
          <w:p w14:paraId="20862229" w14:textId="77777777" w:rsidR="005B7B22" w:rsidRDefault="00333651">
            <w:r>
              <w:rPr>
                <w:b/>
                <w:color w:val="17345C"/>
                <w:sz w:val="19"/>
              </w:rPr>
              <w:t>Referee name</w:t>
            </w:r>
            <w:r>
              <w:rPr>
                <w:b/>
                <w:color w:val="17345C"/>
                <w:sz w:val="19"/>
              </w:rPr>
              <w:br/>
            </w:r>
            <w:r>
              <w:rPr>
                <w:color w:val="646464"/>
                <w:sz w:val="19"/>
              </w:rPr>
              <w:t>________________________________________________</w:t>
            </w:r>
          </w:p>
        </w:tc>
        <w:tc>
          <w:tcPr>
            <w:tcW w:w="5184" w:type="dxa"/>
            <w:shd w:val="clear" w:color="auto" w:fill="FBFCFE"/>
            <w:tcMar>
              <w:top w:w="70" w:type="dxa"/>
              <w:left w:w="90" w:type="dxa"/>
              <w:bottom w:w="70" w:type="dxa"/>
              <w:right w:w="90" w:type="dxa"/>
            </w:tcMar>
          </w:tcPr>
          <w:p w14:paraId="54D94EFE" w14:textId="77777777" w:rsidR="005B7B22" w:rsidRDefault="00333651">
            <w:r>
              <w:rPr>
                <w:b/>
                <w:color w:val="17345C"/>
                <w:sz w:val="19"/>
              </w:rPr>
              <w:t>Job / role</w:t>
            </w:r>
            <w:r>
              <w:rPr>
                <w:b/>
                <w:color w:val="17345C"/>
                <w:sz w:val="19"/>
              </w:rPr>
              <w:br/>
            </w:r>
            <w:r>
              <w:rPr>
                <w:color w:val="646464"/>
                <w:sz w:val="19"/>
              </w:rPr>
              <w:t>________________________________________________</w:t>
            </w:r>
          </w:p>
        </w:tc>
      </w:tr>
      <w:tr w:rsidR="005B7B22" w14:paraId="104C0637" w14:textId="77777777">
        <w:trPr>
          <w:jc w:val="center"/>
        </w:trPr>
        <w:tc>
          <w:tcPr>
            <w:tcW w:w="5184" w:type="dxa"/>
            <w:shd w:val="clear" w:color="auto" w:fill="FFFFFF"/>
            <w:tcMar>
              <w:top w:w="70" w:type="dxa"/>
              <w:left w:w="90" w:type="dxa"/>
              <w:bottom w:w="70" w:type="dxa"/>
              <w:right w:w="90" w:type="dxa"/>
            </w:tcMar>
          </w:tcPr>
          <w:p w14:paraId="4B803EB2" w14:textId="77777777" w:rsidR="005B7B22" w:rsidRDefault="00333651">
            <w:r>
              <w:rPr>
                <w:b/>
                <w:color w:val="17345C"/>
                <w:sz w:val="19"/>
              </w:rPr>
              <w:t>Organisation, if applicable</w:t>
            </w:r>
            <w:r>
              <w:rPr>
                <w:b/>
                <w:color w:val="17345C"/>
                <w:sz w:val="19"/>
              </w:rPr>
              <w:br/>
            </w:r>
            <w:r>
              <w:rPr>
                <w:color w:val="646464"/>
                <w:sz w:val="19"/>
              </w:rPr>
              <w:t>________________________________________________</w:t>
            </w:r>
          </w:p>
        </w:tc>
        <w:tc>
          <w:tcPr>
            <w:tcW w:w="5184" w:type="dxa"/>
            <w:shd w:val="clear" w:color="auto" w:fill="FFFFFF"/>
            <w:tcMar>
              <w:top w:w="70" w:type="dxa"/>
              <w:left w:w="90" w:type="dxa"/>
              <w:bottom w:w="70" w:type="dxa"/>
              <w:right w:w="90" w:type="dxa"/>
            </w:tcMar>
          </w:tcPr>
          <w:p w14:paraId="11F21CEA" w14:textId="77777777" w:rsidR="005B7B22" w:rsidRDefault="00333651">
            <w:r>
              <w:rPr>
                <w:b/>
                <w:color w:val="17345C"/>
                <w:sz w:val="19"/>
              </w:rPr>
              <w:t>Relationship to you</w:t>
            </w:r>
            <w:r>
              <w:rPr>
                <w:b/>
                <w:color w:val="17345C"/>
                <w:sz w:val="19"/>
              </w:rPr>
              <w:br/>
            </w:r>
            <w:r>
              <w:rPr>
                <w:color w:val="646464"/>
                <w:sz w:val="19"/>
              </w:rPr>
              <w:t>________________________________________________</w:t>
            </w:r>
          </w:p>
        </w:tc>
      </w:tr>
      <w:tr w:rsidR="005B7B22" w14:paraId="3E30A8D3" w14:textId="77777777">
        <w:trPr>
          <w:jc w:val="center"/>
        </w:trPr>
        <w:tc>
          <w:tcPr>
            <w:tcW w:w="5184" w:type="dxa"/>
            <w:shd w:val="clear" w:color="auto" w:fill="FBFCFE"/>
            <w:tcMar>
              <w:top w:w="70" w:type="dxa"/>
              <w:left w:w="90" w:type="dxa"/>
              <w:bottom w:w="70" w:type="dxa"/>
              <w:right w:w="90" w:type="dxa"/>
            </w:tcMar>
          </w:tcPr>
          <w:p w14:paraId="4F973137" w14:textId="77777777" w:rsidR="005B7B22" w:rsidRDefault="00333651">
            <w:r>
              <w:rPr>
                <w:b/>
                <w:color w:val="17345C"/>
                <w:sz w:val="19"/>
              </w:rPr>
              <w:t>Email</w:t>
            </w:r>
            <w:r>
              <w:rPr>
                <w:b/>
                <w:color w:val="17345C"/>
                <w:sz w:val="19"/>
              </w:rPr>
              <w:br/>
            </w:r>
            <w:r>
              <w:rPr>
                <w:color w:val="646464"/>
                <w:sz w:val="19"/>
              </w:rPr>
              <w:t>________________________________________________</w:t>
            </w:r>
          </w:p>
        </w:tc>
        <w:tc>
          <w:tcPr>
            <w:tcW w:w="5184" w:type="dxa"/>
            <w:shd w:val="clear" w:color="auto" w:fill="FBFCFE"/>
            <w:tcMar>
              <w:top w:w="70" w:type="dxa"/>
              <w:left w:w="90" w:type="dxa"/>
              <w:bottom w:w="70" w:type="dxa"/>
              <w:right w:w="90" w:type="dxa"/>
            </w:tcMar>
          </w:tcPr>
          <w:p w14:paraId="7647DE86" w14:textId="77777777" w:rsidR="005B7B22" w:rsidRDefault="00333651">
            <w:r>
              <w:rPr>
                <w:b/>
                <w:color w:val="17345C"/>
                <w:sz w:val="19"/>
              </w:rPr>
              <w:t>Telephone</w:t>
            </w:r>
            <w:r>
              <w:rPr>
                <w:b/>
                <w:color w:val="17345C"/>
                <w:sz w:val="19"/>
              </w:rPr>
              <w:br/>
            </w:r>
            <w:r>
              <w:rPr>
                <w:color w:val="646464"/>
                <w:sz w:val="19"/>
              </w:rPr>
              <w:t>________________________________________________</w:t>
            </w:r>
          </w:p>
        </w:tc>
      </w:tr>
      <w:tr w:rsidR="005B7B22" w14:paraId="011CC515" w14:textId="77777777">
        <w:trPr>
          <w:jc w:val="center"/>
        </w:trPr>
        <w:tc>
          <w:tcPr>
            <w:tcW w:w="5184" w:type="dxa"/>
            <w:shd w:val="clear" w:color="auto" w:fill="FFFFFF"/>
            <w:tcMar>
              <w:top w:w="70" w:type="dxa"/>
              <w:left w:w="90" w:type="dxa"/>
              <w:bottom w:w="70" w:type="dxa"/>
              <w:right w:w="90" w:type="dxa"/>
            </w:tcMar>
          </w:tcPr>
          <w:p w14:paraId="6BC98117" w14:textId="77777777" w:rsidR="005B7B22" w:rsidRDefault="00333651">
            <w:r>
              <w:rPr>
                <w:b/>
                <w:color w:val="17345C"/>
                <w:sz w:val="19"/>
              </w:rPr>
              <w:t>How long have they known you?</w:t>
            </w:r>
            <w:r>
              <w:rPr>
                <w:b/>
                <w:color w:val="17345C"/>
                <w:sz w:val="19"/>
              </w:rPr>
              <w:br/>
            </w:r>
            <w:r>
              <w:rPr>
                <w:color w:val="646464"/>
                <w:sz w:val="19"/>
              </w:rPr>
              <w:t>________________________________________________</w:t>
            </w:r>
          </w:p>
        </w:tc>
        <w:tc>
          <w:tcPr>
            <w:tcW w:w="5184" w:type="dxa"/>
            <w:shd w:val="clear" w:color="auto" w:fill="FFFFFF"/>
            <w:tcMar>
              <w:top w:w="70" w:type="dxa"/>
              <w:left w:w="90" w:type="dxa"/>
              <w:bottom w:w="70" w:type="dxa"/>
              <w:right w:w="90" w:type="dxa"/>
            </w:tcMar>
          </w:tcPr>
          <w:p w14:paraId="2C6A326A" w14:textId="77777777" w:rsidR="005B7B22" w:rsidRDefault="00333651">
            <w:r>
              <w:rPr>
                <w:b/>
                <w:color w:val="17345C"/>
                <w:sz w:val="19"/>
              </w:rPr>
              <w:t>Can we contact them?</w:t>
            </w:r>
            <w:r>
              <w:rPr>
                <w:b/>
                <w:color w:val="17345C"/>
                <w:sz w:val="19"/>
              </w:rPr>
              <w:br/>
            </w:r>
            <w:r>
              <w:rPr>
                <w:color w:val="646464"/>
                <w:sz w:val="19"/>
              </w:rPr>
              <w:t>Yes / No</w:t>
            </w:r>
          </w:p>
        </w:tc>
      </w:tr>
    </w:tbl>
    <w:p w14:paraId="47C16F6D" w14:textId="37945633" w:rsidR="005B7B22" w:rsidRDefault="00333651">
      <w:pPr>
        <w:spacing w:line="254" w:lineRule="auto"/>
      </w:pPr>
      <w:r>
        <w:rPr>
          <w:color w:val="1F2937"/>
        </w:rPr>
        <w:t xml:space="preserve">Please give your referee the separate Reference Form included at the end of this pack. They may return it with your application or send it directly to </w:t>
      </w:r>
      <w:proofErr w:type="spellStart"/>
      <w:r>
        <w:rPr>
          <w:color w:val="1F2937"/>
        </w:rPr>
        <w:t>UCHSc</w:t>
      </w:r>
      <w:proofErr w:type="spellEnd"/>
      <w:r>
        <w:rPr>
          <w:color w:val="1F2937"/>
        </w:rPr>
        <w:t>.</w:t>
      </w:r>
      <w:r w:rsidR="00EB2404">
        <w:rPr>
          <w:color w:val="1F2937"/>
        </w:rPr>
        <w:t xml:space="preserve"> We will not contact them until we have made </w:t>
      </w:r>
    </w:p>
    <w:p w14:paraId="62DC764C" w14:textId="77777777" w:rsidR="005B7B22" w:rsidRDefault="00333651">
      <w:r>
        <w:br w:type="page"/>
      </w:r>
    </w:p>
    <w:p w14:paraId="3EB334C6" w14:textId="77777777" w:rsidR="005B7B22" w:rsidRDefault="00333651">
      <w:pPr>
        <w:pBdr>
          <w:bottom w:val="single" w:sz="14" w:space="1" w:color="C59A3D"/>
        </w:pBdr>
        <w:spacing w:before="40" w:after="160"/>
      </w:pPr>
      <w:r>
        <w:rPr>
          <w:b/>
          <w:color w:val="17345C"/>
          <w:sz w:val="36"/>
        </w:rPr>
        <w:lastRenderedPageBreak/>
        <w:t>K. Applicant declaration</w:t>
      </w:r>
    </w:p>
    <w:p w14:paraId="7BFC70BC" w14:textId="77777777" w:rsidR="005B7B22" w:rsidRDefault="00333651">
      <w:pPr>
        <w:spacing w:line="254" w:lineRule="auto"/>
      </w:pPr>
      <w:r>
        <w:rPr>
          <w:color w:val="1F2937"/>
        </w:rPr>
        <w:t>Please read the statements below. By signing, you are confirming that the information you have provided is true to the best of your knowledge and that the application reflects your own circumstances and views.</w:t>
      </w:r>
    </w:p>
    <w:tbl>
      <w:tblPr>
        <w:tblW w:w="0" w:type="auto"/>
        <w:jc w:val="center"/>
        <w:tblLook w:val="04A0" w:firstRow="1" w:lastRow="0" w:firstColumn="1" w:lastColumn="0" w:noHBand="0" w:noVBand="1"/>
      </w:tblPr>
      <w:tblGrid>
        <w:gridCol w:w="10368"/>
      </w:tblGrid>
      <w:tr w:rsidR="005B7B22" w14:paraId="5BA98174" w14:textId="77777777">
        <w:trPr>
          <w:jc w:val="center"/>
        </w:trPr>
        <w:tc>
          <w:tcPr>
            <w:tcW w:w="10368" w:type="dxa"/>
            <w:tcMar>
              <w:top w:w="55" w:type="dxa"/>
              <w:left w:w="70" w:type="dxa"/>
              <w:bottom w:w="55" w:type="dxa"/>
              <w:right w:w="70" w:type="dxa"/>
            </w:tcMar>
          </w:tcPr>
          <w:p w14:paraId="1E7DD037" w14:textId="77777777" w:rsidR="005B7B22" w:rsidRDefault="00333651">
            <w:r>
              <w:rPr>
                <w:color w:val="1F2937"/>
                <w:sz w:val="19"/>
              </w:rPr>
              <w:t>☐</w:t>
            </w:r>
            <w:r>
              <w:rPr>
                <w:color w:val="1F2937"/>
                <w:sz w:val="19"/>
              </w:rPr>
              <w:t xml:space="preserve"> I confirm that the information in this application is accurate to the best of my knowledge.</w:t>
            </w:r>
          </w:p>
        </w:tc>
      </w:tr>
      <w:tr w:rsidR="005B7B22" w14:paraId="51C992BD" w14:textId="77777777">
        <w:trPr>
          <w:jc w:val="center"/>
        </w:trPr>
        <w:tc>
          <w:tcPr>
            <w:tcW w:w="10368" w:type="dxa"/>
            <w:tcMar>
              <w:top w:w="55" w:type="dxa"/>
              <w:left w:w="70" w:type="dxa"/>
              <w:bottom w:w="55" w:type="dxa"/>
              <w:right w:w="70" w:type="dxa"/>
            </w:tcMar>
          </w:tcPr>
          <w:p w14:paraId="10D8372E" w14:textId="77777777" w:rsidR="005B7B22" w:rsidRDefault="00333651">
            <w:r>
              <w:rPr>
                <w:color w:val="1F2937"/>
                <w:sz w:val="19"/>
              </w:rPr>
              <w:t>☐</w:t>
            </w:r>
            <w:r>
              <w:rPr>
                <w:color w:val="1F2937"/>
                <w:sz w:val="19"/>
              </w:rPr>
              <w:t xml:space="preserve"> I understand that applying does not guarantee a scholarship place.</w:t>
            </w:r>
          </w:p>
        </w:tc>
      </w:tr>
      <w:tr w:rsidR="005B7B22" w14:paraId="09ED1239" w14:textId="77777777">
        <w:trPr>
          <w:jc w:val="center"/>
        </w:trPr>
        <w:tc>
          <w:tcPr>
            <w:tcW w:w="10368" w:type="dxa"/>
            <w:tcMar>
              <w:top w:w="55" w:type="dxa"/>
              <w:left w:w="70" w:type="dxa"/>
              <w:bottom w:w="55" w:type="dxa"/>
              <w:right w:w="70" w:type="dxa"/>
            </w:tcMar>
          </w:tcPr>
          <w:p w14:paraId="3D0F2AE3" w14:textId="77777777" w:rsidR="005B7B22" w:rsidRDefault="00333651">
            <w:r>
              <w:rPr>
                <w:color w:val="1F2937"/>
                <w:sz w:val="19"/>
              </w:rPr>
              <w:t>☐</w:t>
            </w:r>
            <w:r>
              <w:rPr>
                <w:color w:val="1F2937"/>
                <w:sz w:val="19"/>
              </w:rPr>
              <w:t xml:space="preserve"> I understand that UCHSc may contact my referee and may ask me for further information where reasonably necessary.</w:t>
            </w:r>
          </w:p>
        </w:tc>
      </w:tr>
      <w:tr w:rsidR="005B7B22" w14:paraId="5658BCAC" w14:textId="77777777">
        <w:trPr>
          <w:jc w:val="center"/>
        </w:trPr>
        <w:tc>
          <w:tcPr>
            <w:tcW w:w="10368" w:type="dxa"/>
            <w:tcMar>
              <w:top w:w="55" w:type="dxa"/>
              <w:left w:w="70" w:type="dxa"/>
              <w:bottom w:w="55" w:type="dxa"/>
              <w:right w:w="70" w:type="dxa"/>
            </w:tcMar>
          </w:tcPr>
          <w:p w14:paraId="66E0BA52" w14:textId="77777777" w:rsidR="005B7B22" w:rsidRDefault="00333651">
            <w:r>
              <w:rPr>
                <w:color w:val="1F2937"/>
                <w:sz w:val="19"/>
              </w:rPr>
              <w:t>☐</w:t>
            </w:r>
            <w:r>
              <w:rPr>
                <w:color w:val="1F2937"/>
                <w:sz w:val="19"/>
              </w:rPr>
              <w:t xml:space="preserve"> I understand that personal information will be used to assess and administer my scholarship application and, if successful, to support my studies.</w:t>
            </w:r>
          </w:p>
        </w:tc>
      </w:tr>
      <w:tr w:rsidR="005B7B22" w14:paraId="458CE702" w14:textId="77777777">
        <w:trPr>
          <w:jc w:val="center"/>
        </w:trPr>
        <w:tc>
          <w:tcPr>
            <w:tcW w:w="10368" w:type="dxa"/>
            <w:tcMar>
              <w:top w:w="55" w:type="dxa"/>
              <w:left w:w="70" w:type="dxa"/>
              <w:bottom w:w="55" w:type="dxa"/>
              <w:right w:w="70" w:type="dxa"/>
            </w:tcMar>
          </w:tcPr>
          <w:p w14:paraId="254AE701" w14:textId="77777777" w:rsidR="005B7B22" w:rsidRDefault="00333651">
            <w:r>
              <w:rPr>
                <w:color w:val="1F2937"/>
                <w:sz w:val="19"/>
              </w:rPr>
              <w:t>☐</w:t>
            </w:r>
            <w:r>
              <w:rPr>
                <w:color w:val="1F2937"/>
                <w:sz w:val="19"/>
              </w:rPr>
              <w:t xml:space="preserve"> I give permission for UCHSc to contact me about this application.</w:t>
            </w:r>
          </w:p>
        </w:tc>
      </w:tr>
    </w:tbl>
    <w:p w14:paraId="498702CE" w14:textId="77777777" w:rsidR="005B7B22" w:rsidRDefault="00333651">
      <w:pPr>
        <w:spacing w:after="40"/>
      </w:pPr>
      <w:r>
        <w:rPr>
          <w:b/>
          <w:color w:val="1F2937"/>
          <w:sz w:val="20"/>
        </w:rPr>
        <w:t>Applicant signature:</w:t>
      </w:r>
    </w:p>
    <w:p w14:paraId="5B8372D3" w14:textId="77777777" w:rsidR="005B7B22" w:rsidRDefault="00333651">
      <w:pPr>
        <w:spacing w:after="40"/>
      </w:pPr>
      <w:r>
        <w:rPr>
          <w:color w:val="9B9B9B"/>
          <w:sz w:val="18"/>
        </w:rPr>
        <w:t>________________________________________________________________________________________________________</w:t>
      </w:r>
    </w:p>
    <w:p w14:paraId="5CD8E842" w14:textId="77777777" w:rsidR="005B7B22" w:rsidRDefault="00333651">
      <w:pPr>
        <w:spacing w:after="40"/>
      </w:pPr>
      <w:r>
        <w:rPr>
          <w:b/>
          <w:color w:val="1F2937"/>
          <w:sz w:val="20"/>
        </w:rPr>
        <w:t>Date:</w:t>
      </w:r>
    </w:p>
    <w:p w14:paraId="0853237E" w14:textId="77777777" w:rsidR="005B7B22" w:rsidRDefault="00333651">
      <w:pPr>
        <w:spacing w:after="40"/>
      </w:pPr>
      <w:r>
        <w:rPr>
          <w:color w:val="9B9B9B"/>
          <w:sz w:val="18"/>
        </w:rPr>
        <w:t>________________________________________________________________________________________________________</w:t>
      </w:r>
    </w:p>
    <w:tbl>
      <w:tblPr>
        <w:tblW w:w="0" w:type="auto"/>
        <w:jc w:val="center"/>
        <w:tblLook w:val="04A0" w:firstRow="1" w:lastRow="0" w:firstColumn="1" w:lastColumn="0" w:noHBand="0" w:noVBand="1"/>
      </w:tblPr>
      <w:tblGrid>
        <w:gridCol w:w="10368"/>
      </w:tblGrid>
      <w:tr w:rsidR="005B7B22" w14:paraId="0DA6B10E" w14:textId="77777777">
        <w:trPr>
          <w:jc w:val="center"/>
        </w:trPr>
        <w:tc>
          <w:tcPr>
            <w:tcW w:w="10368" w:type="dxa"/>
            <w:shd w:val="clear" w:color="auto" w:fill="F4F7FA"/>
            <w:tcMar>
              <w:top w:w="120" w:type="dxa"/>
              <w:left w:w="160" w:type="dxa"/>
              <w:bottom w:w="120" w:type="dxa"/>
              <w:right w:w="160" w:type="dxa"/>
            </w:tcMar>
          </w:tcPr>
          <w:p w14:paraId="78854162" w14:textId="77777777" w:rsidR="005B7B22" w:rsidRDefault="00333651">
            <w:r>
              <w:rPr>
                <w:b/>
                <w:color w:val="17345C"/>
                <w:sz w:val="23"/>
              </w:rPr>
              <w:t>If you are under 18</w:t>
            </w:r>
          </w:p>
          <w:p w14:paraId="2B2A37AD" w14:textId="77777777" w:rsidR="005B7B22" w:rsidRDefault="00333651">
            <w:pPr>
              <w:spacing w:after="0"/>
            </w:pPr>
            <w:r>
              <w:rPr>
                <w:color w:val="1F2937"/>
                <w:sz w:val="20"/>
              </w:rPr>
              <w:t>UCHSc may ask for appropriate parent, guardian or responsible-adult consent for particular administrative, safeguarding, clinical or placement matters where required. This does not prevent you from making your own scholarship application.</w:t>
            </w:r>
          </w:p>
        </w:tc>
      </w:tr>
    </w:tbl>
    <w:p w14:paraId="4EE32B52" w14:textId="77777777" w:rsidR="005B7B22" w:rsidRDefault="005B7B22">
      <w:pPr>
        <w:spacing w:after="20"/>
      </w:pPr>
    </w:p>
    <w:p w14:paraId="7C01BC55" w14:textId="77777777" w:rsidR="005B7B22" w:rsidRDefault="00333651">
      <w:pPr>
        <w:spacing w:before="160" w:after="80"/>
      </w:pPr>
      <w:r>
        <w:rPr>
          <w:b/>
          <w:color w:val="17345C"/>
          <w:sz w:val="26"/>
        </w:rPr>
        <w:t>L. Anything else you would like us to know?</w:t>
      </w:r>
    </w:p>
    <w:p w14:paraId="69A2F705" w14:textId="77777777" w:rsidR="005B7B22" w:rsidRDefault="00333651">
      <w:pPr>
        <w:spacing w:after="40"/>
      </w:pPr>
      <w:r>
        <w:rPr>
          <w:b/>
          <w:color w:val="1F2937"/>
          <w:sz w:val="20"/>
        </w:rPr>
        <w:t>Use this space for anything important that has not been covered elsewhere:</w:t>
      </w:r>
    </w:p>
    <w:p w14:paraId="2BEB7B9F" w14:textId="77777777" w:rsidR="005B7B22" w:rsidRDefault="00333651">
      <w:pPr>
        <w:spacing w:after="40"/>
      </w:pPr>
      <w:r>
        <w:rPr>
          <w:color w:val="9B9B9B"/>
          <w:sz w:val="18"/>
        </w:rPr>
        <w:t>________________________________________________________________________________________________________</w:t>
      </w:r>
    </w:p>
    <w:p w14:paraId="03F23F75" w14:textId="77777777" w:rsidR="005B7B22" w:rsidRDefault="00333651">
      <w:pPr>
        <w:spacing w:after="40"/>
      </w:pPr>
      <w:r>
        <w:rPr>
          <w:color w:val="9B9B9B"/>
          <w:sz w:val="18"/>
        </w:rPr>
        <w:t>________________________________________________________________________________________________________</w:t>
      </w:r>
    </w:p>
    <w:p w14:paraId="7F7923EC" w14:textId="77777777" w:rsidR="005B7B22" w:rsidRDefault="00333651">
      <w:pPr>
        <w:spacing w:after="40"/>
      </w:pPr>
      <w:r>
        <w:rPr>
          <w:color w:val="9B9B9B"/>
          <w:sz w:val="18"/>
        </w:rPr>
        <w:t>________________________________________________________________________________________________________</w:t>
      </w:r>
    </w:p>
    <w:p w14:paraId="65640C51" w14:textId="77777777" w:rsidR="005B7B22" w:rsidRDefault="00333651">
      <w:pPr>
        <w:spacing w:after="40"/>
      </w:pPr>
      <w:r>
        <w:rPr>
          <w:color w:val="9B9B9B"/>
          <w:sz w:val="18"/>
        </w:rPr>
        <w:t>________________________________________________________________________________________________________</w:t>
      </w:r>
    </w:p>
    <w:p w14:paraId="4A397BBB" w14:textId="77777777" w:rsidR="005B7B22" w:rsidRDefault="00333651">
      <w:pPr>
        <w:spacing w:after="40"/>
      </w:pPr>
      <w:r>
        <w:rPr>
          <w:color w:val="9B9B9B"/>
          <w:sz w:val="18"/>
        </w:rPr>
        <w:t>________________________________________________________________________________________________________</w:t>
      </w:r>
    </w:p>
    <w:p w14:paraId="1A4C9BE3" w14:textId="77777777" w:rsidR="005B7B22" w:rsidRDefault="00333651">
      <w:pPr>
        <w:spacing w:after="40"/>
      </w:pPr>
      <w:r>
        <w:rPr>
          <w:color w:val="9B9B9B"/>
          <w:sz w:val="18"/>
        </w:rPr>
        <w:t>________________________________________________________________________________________________________</w:t>
      </w:r>
    </w:p>
    <w:p w14:paraId="08051CF9" w14:textId="77777777" w:rsidR="005B7B22" w:rsidRDefault="00333651">
      <w:pPr>
        <w:spacing w:after="40"/>
      </w:pPr>
      <w:r>
        <w:rPr>
          <w:color w:val="9B9B9B"/>
          <w:sz w:val="18"/>
        </w:rPr>
        <w:t>________________________________________________________________________________________________________</w:t>
      </w:r>
    </w:p>
    <w:p w14:paraId="47353733" w14:textId="77777777" w:rsidR="005B7B22" w:rsidRDefault="00333651">
      <w:r>
        <w:br w:type="page"/>
      </w:r>
    </w:p>
    <w:p w14:paraId="5F9388F3" w14:textId="77777777" w:rsidR="005B7B22" w:rsidRDefault="00333651">
      <w:pPr>
        <w:pBdr>
          <w:bottom w:val="single" w:sz="14" w:space="1" w:color="C59A3D"/>
        </w:pBdr>
        <w:spacing w:before="40" w:after="160"/>
      </w:pPr>
      <w:r>
        <w:rPr>
          <w:b/>
          <w:color w:val="17345C"/>
          <w:sz w:val="36"/>
        </w:rPr>
        <w:lastRenderedPageBreak/>
        <w:t>REFERENCE FORM</w:t>
      </w:r>
    </w:p>
    <w:p w14:paraId="39F9C1EC" w14:textId="77777777" w:rsidR="005B7B22" w:rsidRDefault="00333651">
      <w:pPr>
        <w:spacing w:line="254" w:lineRule="auto"/>
      </w:pPr>
      <w:r>
        <w:rPr>
          <w:color w:val="1F2937"/>
        </w:rPr>
        <w:t>Jake George Beattie-Pearce Scholarship - UCHSc</w:t>
      </w:r>
    </w:p>
    <w:p w14:paraId="3D9146F0" w14:textId="77777777" w:rsidR="005B7B22" w:rsidRDefault="00333651">
      <w:pPr>
        <w:spacing w:line="254" w:lineRule="auto"/>
      </w:pPr>
      <w:r>
        <w:rPr>
          <w:color w:val="1F2937"/>
        </w:rPr>
        <w:t>Thank you for supporting this applicant. The scholarship is intended for young people aged 16-21 who may have experienced educational, financial, social, family or personal disadvantage, but who have the motivation and potential to progress with appropriate support. No formal qualifications are required to apply.</w:t>
      </w:r>
    </w:p>
    <w:p w14:paraId="095B349D" w14:textId="77777777" w:rsidR="005B7B22" w:rsidRDefault="00333651">
      <w:pPr>
        <w:spacing w:line="254" w:lineRule="auto"/>
      </w:pPr>
      <w:r>
        <w:rPr>
          <w:color w:val="1F2937"/>
        </w:rPr>
        <w:t>We are not asking you to certify every detail of the applicant’s personal circumstances. We would value an honest comment on the applicant, how you know them, any barriers you are aware of, and whether you believe they would make constructive use of the opportunity.</w:t>
      </w:r>
    </w:p>
    <w:p w14:paraId="0AFE3332" w14:textId="77777777" w:rsidR="005B7B22" w:rsidRDefault="00333651">
      <w:pPr>
        <w:spacing w:before="160" w:after="80"/>
      </w:pPr>
      <w:r>
        <w:rPr>
          <w:b/>
          <w:color w:val="17345C"/>
          <w:sz w:val="26"/>
        </w:rPr>
        <w:t>Referee details</w:t>
      </w:r>
    </w:p>
    <w:tbl>
      <w:tblPr>
        <w:tblW w:w="0" w:type="auto"/>
        <w:jc w:val="center"/>
        <w:tblLayout w:type="fixed"/>
        <w:tblLook w:val="04A0" w:firstRow="1" w:lastRow="0" w:firstColumn="1" w:lastColumn="0" w:noHBand="0" w:noVBand="1"/>
      </w:tblPr>
      <w:tblGrid>
        <w:gridCol w:w="5184"/>
        <w:gridCol w:w="5184"/>
      </w:tblGrid>
      <w:tr w:rsidR="005B7B22" w14:paraId="6D39A41F" w14:textId="77777777">
        <w:trPr>
          <w:jc w:val="center"/>
        </w:trPr>
        <w:tc>
          <w:tcPr>
            <w:tcW w:w="5184" w:type="dxa"/>
            <w:shd w:val="clear" w:color="auto" w:fill="FBFCFE"/>
            <w:tcMar>
              <w:top w:w="70" w:type="dxa"/>
              <w:left w:w="90" w:type="dxa"/>
              <w:bottom w:w="70" w:type="dxa"/>
              <w:right w:w="90" w:type="dxa"/>
            </w:tcMar>
          </w:tcPr>
          <w:p w14:paraId="54FEB591" w14:textId="77777777" w:rsidR="005B7B22" w:rsidRDefault="00333651">
            <w:r>
              <w:rPr>
                <w:b/>
                <w:color w:val="17345C"/>
                <w:sz w:val="19"/>
              </w:rPr>
              <w:t>Applicant name</w:t>
            </w:r>
            <w:r>
              <w:rPr>
                <w:b/>
                <w:color w:val="17345C"/>
                <w:sz w:val="19"/>
              </w:rPr>
              <w:br/>
            </w:r>
            <w:r>
              <w:rPr>
                <w:color w:val="646464"/>
                <w:sz w:val="19"/>
              </w:rPr>
              <w:t>________________________________________________</w:t>
            </w:r>
          </w:p>
        </w:tc>
        <w:tc>
          <w:tcPr>
            <w:tcW w:w="5184" w:type="dxa"/>
            <w:shd w:val="clear" w:color="auto" w:fill="FBFCFE"/>
            <w:tcMar>
              <w:top w:w="70" w:type="dxa"/>
              <w:left w:w="90" w:type="dxa"/>
              <w:bottom w:w="70" w:type="dxa"/>
              <w:right w:w="90" w:type="dxa"/>
            </w:tcMar>
          </w:tcPr>
          <w:p w14:paraId="4A88628D" w14:textId="77777777" w:rsidR="005B7B22" w:rsidRDefault="00333651">
            <w:r>
              <w:rPr>
                <w:b/>
                <w:color w:val="17345C"/>
                <w:sz w:val="19"/>
              </w:rPr>
              <w:t>Referee name</w:t>
            </w:r>
            <w:r>
              <w:rPr>
                <w:b/>
                <w:color w:val="17345C"/>
                <w:sz w:val="19"/>
              </w:rPr>
              <w:br/>
            </w:r>
            <w:r>
              <w:rPr>
                <w:color w:val="646464"/>
                <w:sz w:val="19"/>
              </w:rPr>
              <w:t>________________________________________________</w:t>
            </w:r>
          </w:p>
        </w:tc>
      </w:tr>
      <w:tr w:rsidR="005B7B22" w14:paraId="27DF7D8B" w14:textId="77777777">
        <w:trPr>
          <w:jc w:val="center"/>
        </w:trPr>
        <w:tc>
          <w:tcPr>
            <w:tcW w:w="5184" w:type="dxa"/>
            <w:shd w:val="clear" w:color="auto" w:fill="FFFFFF"/>
            <w:tcMar>
              <w:top w:w="70" w:type="dxa"/>
              <w:left w:w="90" w:type="dxa"/>
              <w:bottom w:w="70" w:type="dxa"/>
              <w:right w:w="90" w:type="dxa"/>
            </w:tcMar>
          </w:tcPr>
          <w:p w14:paraId="575A1E7D" w14:textId="77777777" w:rsidR="005B7B22" w:rsidRDefault="00333651">
            <w:r>
              <w:rPr>
                <w:b/>
                <w:color w:val="17345C"/>
                <w:sz w:val="19"/>
              </w:rPr>
              <w:t>Job / role</w:t>
            </w:r>
            <w:r>
              <w:rPr>
                <w:b/>
                <w:color w:val="17345C"/>
                <w:sz w:val="19"/>
              </w:rPr>
              <w:br/>
            </w:r>
            <w:r>
              <w:rPr>
                <w:color w:val="646464"/>
                <w:sz w:val="19"/>
              </w:rPr>
              <w:t>________________________________________________</w:t>
            </w:r>
          </w:p>
        </w:tc>
        <w:tc>
          <w:tcPr>
            <w:tcW w:w="5184" w:type="dxa"/>
            <w:shd w:val="clear" w:color="auto" w:fill="FFFFFF"/>
            <w:tcMar>
              <w:top w:w="70" w:type="dxa"/>
              <w:left w:w="90" w:type="dxa"/>
              <w:bottom w:w="70" w:type="dxa"/>
              <w:right w:w="90" w:type="dxa"/>
            </w:tcMar>
          </w:tcPr>
          <w:p w14:paraId="37508A89" w14:textId="77777777" w:rsidR="005B7B22" w:rsidRDefault="00333651">
            <w:r>
              <w:rPr>
                <w:b/>
                <w:color w:val="17345C"/>
                <w:sz w:val="19"/>
              </w:rPr>
              <w:t>Organisation</w:t>
            </w:r>
            <w:r>
              <w:rPr>
                <w:b/>
                <w:color w:val="17345C"/>
                <w:sz w:val="19"/>
              </w:rPr>
              <w:br/>
            </w:r>
            <w:r>
              <w:rPr>
                <w:color w:val="646464"/>
                <w:sz w:val="19"/>
              </w:rPr>
              <w:t>________________________________________________</w:t>
            </w:r>
          </w:p>
        </w:tc>
      </w:tr>
      <w:tr w:rsidR="005B7B22" w14:paraId="7ACB4D38" w14:textId="77777777">
        <w:trPr>
          <w:jc w:val="center"/>
        </w:trPr>
        <w:tc>
          <w:tcPr>
            <w:tcW w:w="5184" w:type="dxa"/>
            <w:shd w:val="clear" w:color="auto" w:fill="FBFCFE"/>
            <w:tcMar>
              <w:top w:w="70" w:type="dxa"/>
              <w:left w:w="90" w:type="dxa"/>
              <w:bottom w:w="70" w:type="dxa"/>
              <w:right w:w="90" w:type="dxa"/>
            </w:tcMar>
          </w:tcPr>
          <w:p w14:paraId="43DFF3D2" w14:textId="77777777" w:rsidR="005B7B22" w:rsidRDefault="00333651">
            <w:r>
              <w:rPr>
                <w:b/>
                <w:color w:val="17345C"/>
                <w:sz w:val="19"/>
              </w:rPr>
              <w:t>Email</w:t>
            </w:r>
            <w:r>
              <w:rPr>
                <w:b/>
                <w:color w:val="17345C"/>
                <w:sz w:val="19"/>
              </w:rPr>
              <w:br/>
            </w:r>
            <w:r>
              <w:rPr>
                <w:color w:val="646464"/>
                <w:sz w:val="19"/>
              </w:rPr>
              <w:t>________________________________________________</w:t>
            </w:r>
          </w:p>
        </w:tc>
        <w:tc>
          <w:tcPr>
            <w:tcW w:w="5184" w:type="dxa"/>
            <w:shd w:val="clear" w:color="auto" w:fill="FBFCFE"/>
            <w:tcMar>
              <w:top w:w="70" w:type="dxa"/>
              <w:left w:w="90" w:type="dxa"/>
              <w:bottom w:w="70" w:type="dxa"/>
              <w:right w:w="90" w:type="dxa"/>
            </w:tcMar>
          </w:tcPr>
          <w:p w14:paraId="01998D38" w14:textId="77777777" w:rsidR="005B7B22" w:rsidRDefault="00333651">
            <w:r>
              <w:rPr>
                <w:b/>
                <w:color w:val="17345C"/>
                <w:sz w:val="19"/>
              </w:rPr>
              <w:t>Telephone</w:t>
            </w:r>
            <w:r>
              <w:rPr>
                <w:b/>
                <w:color w:val="17345C"/>
                <w:sz w:val="19"/>
              </w:rPr>
              <w:br/>
            </w:r>
            <w:r>
              <w:rPr>
                <w:color w:val="646464"/>
                <w:sz w:val="19"/>
              </w:rPr>
              <w:t>________________________________________________</w:t>
            </w:r>
          </w:p>
        </w:tc>
      </w:tr>
      <w:tr w:rsidR="005B7B22" w14:paraId="6BCB820D" w14:textId="77777777">
        <w:trPr>
          <w:jc w:val="center"/>
        </w:trPr>
        <w:tc>
          <w:tcPr>
            <w:tcW w:w="5184" w:type="dxa"/>
            <w:shd w:val="clear" w:color="auto" w:fill="FFFFFF"/>
            <w:tcMar>
              <w:top w:w="70" w:type="dxa"/>
              <w:left w:w="90" w:type="dxa"/>
              <w:bottom w:w="70" w:type="dxa"/>
              <w:right w:w="90" w:type="dxa"/>
            </w:tcMar>
          </w:tcPr>
          <w:p w14:paraId="645E602B" w14:textId="77777777" w:rsidR="005B7B22" w:rsidRDefault="00333651">
            <w:r>
              <w:rPr>
                <w:b/>
                <w:color w:val="17345C"/>
                <w:sz w:val="19"/>
              </w:rPr>
              <w:t>Relationship to applicant</w:t>
            </w:r>
            <w:r>
              <w:rPr>
                <w:b/>
                <w:color w:val="17345C"/>
                <w:sz w:val="19"/>
              </w:rPr>
              <w:br/>
            </w:r>
            <w:r>
              <w:rPr>
                <w:color w:val="646464"/>
                <w:sz w:val="19"/>
              </w:rPr>
              <w:t>________________________________________________</w:t>
            </w:r>
          </w:p>
        </w:tc>
        <w:tc>
          <w:tcPr>
            <w:tcW w:w="5184" w:type="dxa"/>
            <w:shd w:val="clear" w:color="auto" w:fill="FFFFFF"/>
            <w:tcMar>
              <w:top w:w="70" w:type="dxa"/>
              <w:left w:w="90" w:type="dxa"/>
              <w:bottom w:w="70" w:type="dxa"/>
              <w:right w:w="90" w:type="dxa"/>
            </w:tcMar>
          </w:tcPr>
          <w:p w14:paraId="139C3C8C" w14:textId="77777777" w:rsidR="005B7B22" w:rsidRDefault="00333651">
            <w:r>
              <w:rPr>
                <w:b/>
                <w:color w:val="17345C"/>
                <w:sz w:val="19"/>
              </w:rPr>
              <w:t>How long have you known them?</w:t>
            </w:r>
            <w:r>
              <w:rPr>
                <w:b/>
                <w:color w:val="17345C"/>
                <w:sz w:val="19"/>
              </w:rPr>
              <w:br/>
            </w:r>
            <w:r>
              <w:rPr>
                <w:color w:val="646464"/>
                <w:sz w:val="19"/>
              </w:rPr>
              <w:t>________________________________________________</w:t>
            </w:r>
          </w:p>
        </w:tc>
      </w:tr>
    </w:tbl>
    <w:p w14:paraId="79491997" w14:textId="77777777" w:rsidR="005B7B22" w:rsidRDefault="00333651">
      <w:pPr>
        <w:spacing w:after="40"/>
      </w:pPr>
      <w:r>
        <w:rPr>
          <w:b/>
          <w:color w:val="1F2937"/>
          <w:sz w:val="20"/>
        </w:rPr>
        <w:t>Please describe how you know the applicant:</w:t>
      </w:r>
    </w:p>
    <w:p w14:paraId="0467B337" w14:textId="77777777" w:rsidR="005B7B22" w:rsidRDefault="00333651">
      <w:pPr>
        <w:spacing w:after="40"/>
      </w:pPr>
      <w:r>
        <w:rPr>
          <w:color w:val="9B9B9B"/>
          <w:sz w:val="18"/>
        </w:rPr>
        <w:t>________________________________________________________________________________________________________</w:t>
      </w:r>
    </w:p>
    <w:p w14:paraId="1952F41D" w14:textId="77777777" w:rsidR="005B7B22" w:rsidRDefault="00333651">
      <w:pPr>
        <w:spacing w:after="40"/>
      </w:pPr>
      <w:r>
        <w:rPr>
          <w:color w:val="9B9B9B"/>
          <w:sz w:val="18"/>
        </w:rPr>
        <w:t>________________________________________________________________________________________________________</w:t>
      </w:r>
    </w:p>
    <w:p w14:paraId="1E6BB9AE" w14:textId="77777777" w:rsidR="005B7B22" w:rsidRDefault="00333651">
      <w:pPr>
        <w:spacing w:after="40"/>
      </w:pPr>
      <w:r>
        <w:rPr>
          <w:color w:val="9B9B9B"/>
          <w:sz w:val="18"/>
        </w:rPr>
        <w:t>________________________________________________________________________________________________________</w:t>
      </w:r>
    </w:p>
    <w:p w14:paraId="25BF0415" w14:textId="77777777" w:rsidR="005B7B22" w:rsidRDefault="00333651">
      <w:pPr>
        <w:spacing w:after="40"/>
      </w:pPr>
      <w:r>
        <w:rPr>
          <w:b/>
          <w:color w:val="1F2937"/>
          <w:sz w:val="20"/>
        </w:rPr>
        <w:t>Please comment on the applicant’s motivation, character, reliability or potential:</w:t>
      </w:r>
    </w:p>
    <w:p w14:paraId="2C0C5220" w14:textId="77777777" w:rsidR="005B7B22" w:rsidRDefault="00333651">
      <w:pPr>
        <w:spacing w:after="40"/>
      </w:pPr>
      <w:r>
        <w:rPr>
          <w:color w:val="9B9B9B"/>
          <w:sz w:val="18"/>
        </w:rPr>
        <w:t>________________________________________________________________________________________________________</w:t>
      </w:r>
    </w:p>
    <w:p w14:paraId="6FB76DD0" w14:textId="77777777" w:rsidR="005B7B22" w:rsidRDefault="00333651">
      <w:pPr>
        <w:spacing w:after="40"/>
      </w:pPr>
      <w:r>
        <w:rPr>
          <w:color w:val="9B9B9B"/>
          <w:sz w:val="18"/>
        </w:rPr>
        <w:t>________________________________________________________________________________________________________</w:t>
      </w:r>
    </w:p>
    <w:p w14:paraId="6AFCBCBF" w14:textId="77777777" w:rsidR="005B7B22" w:rsidRDefault="00333651">
      <w:pPr>
        <w:spacing w:after="40"/>
      </w:pPr>
      <w:r>
        <w:rPr>
          <w:color w:val="9B9B9B"/>
          <w:sz w:val="18"/>
        </w:rPr>
        <w:t>________________________________________________________________________________________________________</w:t>
      </w:r>
    </w:p>
    <w:p w14:paraId="7CE1D2B6" w14:textId="77777777" w:rsidR="005B7B22" w:rsidRDefault="00333651">
      <w:pPr>
        <w:spacing w:after="40"/>
      </w:pPr>
      <w:r>
        <w:rPr>
          <w:color w:val="9B9B9B"/>
          <w:sz w:val="18"/>
        </w:rPr>
        <w:t>________________________________________________________________________________________________________</w:t>
      </w:r>
    </w:p>
    <w:p w14:paraId="7E5D7C89" w14:textId="77777777" w:rsidR="005B7B22" w:rsidRDefault="00333651">
      <w:pPr>
        <w:spacing w:after="40"/>
      </w:pPr>
      <w:r>
        <w:rPr>
          <w:color w:val="9B9B9B"/>
          <w:sz w:val="18"/>
        </w:rPr>
        <w:t>________________________________________________________________________________________________________</w:t>
      </w:r>
    </w:p>
    <w:p w14:paraId="637F8DAD" w14:textId="77777777" w:rsidR="005B7B22" w:rsidRDefault="00333651">
      <w:pPr>
        <w:spacing w:after="40"/>
      </w:pPr>
      <w:r>
        <w:rPr>
          <w:color w:val="9B9B9B"/>
          <w:sz w:val="18"/>
        </w:rPr>
        <w:t>________________________________________________________________________________________________________</w:t>
      </w:r>
    </w:p>
    <w:p w14:paraId="2F6B1412" w14:textId="77777777" w:rsidR="005B7B22" w:rsidRDefault="00333651">
      <w:pPr>
        <w:spacing w:after="40"/>
      </w:pPr>
      <w:r>
        <w:rPr>
          <w:b/>
          <w:color w:val="1F2937"/>
          <w:sz w:val="20"/>
        </w:rPr>
        <w:t>If known, please describe any educational, financial, social, caring, family or personal barriers that may have affected the applicant:</w:t>
      </w:r>
    </w:p>
    <w:p w14:paraId="39EDB16F" w14:textId="77777777" w:rsidR="005B7B22" w:rsidRDefault="00333651">
      <w:pPr>
        <w:spacing w:after="40"/>
      </w:pPr>
      <w:r>
        <w:rPr>
          <w:color w:val="9B9B9B"/>
          <w:sz w:val="18"/>
        </w:rPr>
        <w:t>________________________________________________________________________________________________________</w:t>
      </w:r>
    </w:p>
    <w:p w14:paraId="6EBCC052" w14:textId="77777777" w:rsidR="005B7B22" w:rsidRDefault="00333651">
      <w:pPr>
        <w:spacing w:after="40"/>
      </w:pPr>
      <w:r>
        <w:rPr>
          <w:color w:val="9B9B9B"/>
          <w:sz w:val="18"/>
        </w:rPr>
        <w:t>________________________________________________________________________________________________________</w:t>
      </w:r>
    </w:p>
    <w:p w14:paraId="5A2AF130" w14:textId="77777777" w:rsidR="005B7B22" w:rsidRDefault="00333651">
      <w:pPr>
        <w:spacing w:after="40"/>
      </w:pPr>
      <w:r>
        <w:rPr>
          <w:color w:val="9B9B9B"/>
          <w:sz w:val="18"/>
        </w:rPr>
        <w:t>________________________________________________________________________________________________________</w:t>
      </w:r>
    </w:p>
    <w:p w14:paraId="3C73B1C1" w14:textId="77777777" w:rsidR="005B7B22" w:rsidRDefault="00333651">
      <w:pPr>
        <w:spacing w:after="40"/>
      </w:pPr>
      <w:r>
        <w:rPr>
          <w:color w:val="9B9B9B"/>
          <w:sz w:val="18"/>
        </w:rPr>
        <w:t>________________________________________________________________________________________________________</w:t>
      </w:r>
    </w:p>
    <w:p w14:paraId="3D77017F" w14:textId="77777777" w:rsidR="005B7B22" w:rsidRDefault="00333651">
      <w:pPr>
        <w:spacing w:after="40"/>
      </w:pPr>
      <w:r>
        <w:rPr>
          <w:color w:val="9B9B9B"/>
          <w:sz w:val="18"/>
        </w:rPr>
        <w:t>________________________________________________________________________________________________________</w:t>
      </w:r>
    </w:p>
    <w:p w14:paraId="19812A73" w14:textId="77777777" w:rsidR="005B7B22" w:rsidRDefault="00333651">
      <w:pPr>
        <w:spacing w:after="40"/>
      </w:pPr>
      <w:r>
        <w:rPr>
          <w:color w:val="9B9B9B"/>
          <w:sz w:val="18"/>
        </w:rPr>
        <w:t>________________________________________________________________________________________________________</w:t>
      </w:r>
    </w:p>
    <w:p w14:paraId="0B4631EE" w14:textId="77777777" w:rsidR="005B7B22" w:rsidRDefault="00333651">
      <w:pPr>
        <w:spacing w:after="40"/>
      </w:pPr>
      <w:r>
        <w:rPr>
          <w:b/>
          <w:color w:val="1F2937"/>
          <w:sz w:val="20"/>
        </w:rPr>
        <w:t>What support, encouragement or learning environment do you think would help this applicant succeed?</w:t>
      </w:r>
    </w:p>
    <w:p w14:paraId="1EF63B20" w14:textId="77777777" w:rsidR="005B7B22" w:rsidRDefault="00333651">
      <w:pPr>
        <w:spacing w:after="40"/>
      </w:pPr>
      <w:r>
        <w:rPr>
          <w:color w:val="9B9B9B"/>
          <w:sz w:val="18"/>
        </w:rPr>
        <w:t>________________________________________________________________________________________________________</w:t>
      </w:r>
    </w:p>
    <w:p w14:paraId="6746EEEC" w14:textId="77777777" w:rsidR="005B7B22" w:rsidRDefault="00333651">
      <w:pPr>
        <w:spacing w:after="40"/>
      </w:pPr>
      <w:r>
        <w:rPr>
          <w:color w:val="9B9B9B"/>
          <w:sz w:val="18"/>
        </w:rPr>
        <w:t>________________________________________________________________________________________________________</w:t>
      </w:r>
    </w:p>
    <w:p w14:paraId="2748CBB2" w14:textId="77777777" w:rsidR="005B7B22" w:rsidRDefault="00333651">
      <w:pPr>
        <w:spacing w:after="40"/>
      </w:pPr>
      <w:r>
        <w:rPr>
          <w:color w:val="9B9B9B"/>
          <w:sz w:val="18"/>
        </w:rPr>
        <w:t>________________________________________________________________________________________________________</w:t>
      </w:r>
    </w:p>
    <w:p w14:paraId="2EBB3E16" w14:textId="77777777" w:rsidR="005B7B22" w:rsidRDefault="00333651">
      <w:pPr>
        <w:spacing w:after="40"/>
      </w:pPr>
      <w:r>
        <w:rPr>
          <w:color w:val="9B9B9B"/>
          <w:sz w:val="18"/>
        </w:rPr>
        <w:t>________________________________________________________________________________________________________</w:t>
      </w:r>
    </w:p>
    <w:p w14:paraId="6049A456" w14:textId="77777777" w:rsidR="005B7B22" w:rsidRDefault="00333651">
      <w:pPr>
        <w:spacing w:after="40"/>
      </w:pPr>
      <w:r>
        <w:rPr>
          <w:color w:val="9B9B9B"/>
          <w:sz w:val="18"/>
        </w:rPr>
        <w:t>________________________________________________________________________________________________________</w:t>
      </w:r>
    </w:p>
    <w:p w14:paraId="043268FD" w14:textId="77777777" w:rsidR="005B7B22" w:rsidRDefault="00333651">
      <w:pPr>
        <w:spacing w:after="40"/>
      </w:pPr>
      <w:r>
        <w:rPr>
          <w:b/>
          <w:color w:val="1F2937"/>
          <w:sz w:val="20"/>
        </w:rPr>
        <w:lastRenderedPageBreak/>
        <w:t>Is there anything else you think the scholarship panel should know?</w:t>
      </w:r>
    </w:p>
    <w:p w14:paraId="1CF25B0C" w14:textId="77777777" w:rsidR="005B7B22" w:rsidRDefault="00333651">
      <w:pPr>
        <w:spacing w:after="40"/>
      </w:pPr>
      <w:r>
        <w:rPr>
          <w:color w:val="9B9B9B"/>
          <w:sz w:val="18"/>
        </w:rPr>
        <w:t>________________________________________________________________________________________________________</w:t>
      </w:r>
    </w:p>
    <w:p w14:paraId="189BAA7D" w14:textId="77777777" w:rsidR="005B7B22" w:rsidRDefault="00333651">
      <w:pPr>
        <w:spacing w:after="40"/>
      </w:pPr>
      <w:r>
        <w:rPr>
          <w:color w:val="9B9B9B"/>
          <w:sz w:val="18"/>
        </w:rPr>
        <w:t>________________________________________________________________________________________________________</w:t>
      </w:r>
    </w:p>
    <w:p w14:paraId="26E829B2" w14:textId="77777777" w:rsidR="005B7B22" w:rsidRDefault="00333651">
      <w:pPr>
        <w:spacing w:after="40"/>
      </w:pPr>
      <w:r>
        <w:rPr>
          <w:color w:val="9B9B9B"/>
          <w:sz w:val="18"/>
        </w:rPr>
        <w:t>________________________________________________________________________________________________________</w:t>
      </w:r>
    </w:p>
    <w:p w14:paraId="3394528E" w14:textId="77777777" w:rsidR="005B7B22" w:rsidRDefault="00333651">
      <w:pPr>
        <w:spacing w:after="40"/>
      </w:pPr>
      <w:r>
        <w:rPr>
          <w:color w:val="9B9B9B"/>
          <w:sz w:val="18"/>
        </w:rPr>
        <w:t>________________________________________________________________________________________________________</w:t>
      </w:r>
    </w:p>
    <w:tbl>
      <w:tblPr>
        <w:tblW w:w="0" w:type="auto"/>
        <w:jc w:val="center"/>
        <w:tblLook w:val="04A0" w:firstRow="1" w:lastRow="0" w:firstColumn="1" w:lastColumn="0" w:noHBand="0" w:noVBand="1"/>
      </w:tblPr>
      <w:tblGrid>
        <w:gridCol w:w="10368"/>
      </w:tblGrid>
      <w:tr w:rsidR="005B7B22" w14:paraId="31627492" w14:textId="77777777">
        <w:trPr>
          <w:jc w:val="center"/>
        </w:trPr>
        <w:tc>
          <w:tcPr>
            <w:tcW w:w="10368" w:type="dxa"/>
            <w:tcMar>
              <w:top w:w="55" w:type="dxa"/>
              <w:left w:w="70" w:type="dxa"/>
              <w:bottom w:w="55" w:type="dxa"/>
              <w:right w:w="70" w:type="dxa"/>
            </w:tcMar>
          </w:tcPr>
          <w:p w14:paraId="5C2FD099" w14:textId="77777777" w:rsidR="005B7B22" w:rsidRDefault="00333651">
            <w:r>
              <w:rPr>
                <w:color w:val="1F2937"/>
                <w:sz w:val="19"/>
              </w:rPr>
              <w:t>☐</w:t>
            </w:r>
            <w:r>
              <w:rPr>
                <w:color w:val="1F2937"/>
                <w:sz w:val="19"/>
              </w:rPr>
              <w:t xml:space="preserve"> I support this application</w:t>
            </w:r>
          </w:p>
        </w:tc>
      </w:tr>
      <w:tr w:rsidR="005B7B22" w14:paraId="1D28D424" w14:textId="77777777">
        <w:trPr>
          <w:jc w:val="center"/>
        </w:trPr>
        <w:tc>
          <w:tcPr>
            <w:tcW w:w="10368" w:type="dxa"/>
            <w:tcMar>
              <w:top w:w="55" w:type="dxa"/>
              <w:left w:w="70" w:type="dxa"/>
              <w:bottom w:w="55" w:type="dxa"/>
              <w:right w:w="70" w:type="dxa"/>
            </w:tcMar>
          </w:tcPr>
          <w:p w14:paraId="291EC99A" w14:textId="77777777" w:rsidR="005B7B22" w:rsidRDefault="00333651">
            <w:r>
              <w:rPr>
                <w:color w:val="1F2937"/>
                <w:sz w:val="19"/>
              </w:rPr>
              <w:t>☐</w:t>
            </w:r>
            <w:r>
              <w:rPr>
                <w:color w:val="1F2937"/>
                <w:sz w:val="19"/>
              </w:rPr>
              <w:t xml:space="preserve"> I am happy for UCHSc to contact me if clarification is needed</w:t>
            </w:r>
          </w:p>
        </w:tc>
      </w:tr>
    </w:tbl>
    <w:p w14:paraId="425F2F96" w14:textId="77777777" w:rsidR="005B7B22" w:rsidRDefault="00333651">
      <w:pPr>
        <w:spacing w:after="40"/>
      </w:pPr>
      <w:r>
        <w:rPr>
          <w:b/>
          <w:color w:val="1F2937"/>
          <w:sz w:val="20"/>
        </w:rPr>
        <w:t>Referee signature:</w:t>
      </w:r>
    </w:p>
    <w:p w14:paraId="58B16468" w14:textId="77777777" w:rsidR="005B7B22" w:rsidRDefault="00333651">
      <w:pPr>
        <w:spacing w:after="40"/>
      </w:pPr>
      <w:r>
        <w:rPr>
          <w:color w:val="9B9B9B"/>
          <w:sz w:val="18"/>
        </w:rPr>
        <w:t>________________________________________________________________________________________________________</w:t>
      </w:r>
    </w:p>
    <w:p w14:paraId="2865DE99" w14:textId="77777777" w:rsidR="005B7B22" w:rsidRDefault="00333651">
      <w:pPr>
        <w:spacing w:after="40"/>
      </w:pPr>
      <w:r>
        <w:rPr>
          <w:b/>
          <w:color w:val="1F2937"/>
          <w:sz w:val="20"/>
        </w:rPr>
        <w:t>Date:</w:t>
      </w:r>
    </w:p>
    <w:p w14:paraId="67194DE0" w14:textId="77777777" w:rsidR="005B7B22" w:rsidRDefault="00333651">
      <w:pPr>
        <w:spacing w:after="40"/>
      </w:pPr>
      <w:r>
        <w:rPr>
          <w:color w:val="9B9B9B"/>
          <w:sz w:val="18"/>
        </w:rPr>
        <w:t>________________________________________________________________________________________________________</w:t>
      </w:r>
    </w:p>
    <w:p w14:paraId="50CD705A" w14:textId="77777777" w:rsidR="005B7B22" w:rsidRDefault="00333651">
      <w:r>
        <w:br w:type="page"/>
      </w:r>
    </w:p>
    <w:p w14:paraId="745C0EB3" w14:textId="77777777" w:rsidR="005B7B22" w:rsidRDefault="00333651">
      <w:pPr>
        <w:pBdr>
          <w:bottom w:val="single" w:sz="14" w:space="1" w:color="C59A3D"/>
        </w:pBdr>
        <w:spacing w:before="40" w:after="160"/>
      </w:pPr>
      <w:r>
        <w:rPr>
          <w:b/>
          <w:color w:val="17345C"/>
          <w:sz w:val="36"/>
        </w:rPr>
        <w:lastRenderedPageBreak/>
        <w:t>Submitting your application</w:t>
      </w:r>
    </w:p>
    <w:p w14:paraId="0AACD959" w14:textId="77777777" w:rsidR="005B7B22" w:rsidRDefault="00333651">
      <w:pPr>
        <w:spacing w:line="254" w:lineRule="auto"/>
      </w:pPr>
      <w:r>
        <w:rPr>
          <w:color w:val="1F2937"/>
        </w:rPr>
        <w:t>Please make sure you have completed the application form as fully as you can and arranged for one supporting reference. If you are unsure about any part of the form, ask us. Needing help with the application will not count against you.</w:t>
      </w:r>
    </w:p>
    <w:p w14:paraId="241AE999" w14:textId="77777777" w:rsidR="005B7B22" w:rsidRDefault="00333651">
      <w:pPr>
        <w:pStyle w:val="ListBullet"/>
        <w:spacing w:after="40"/>
        <w:ind w:left="259"/>
      </w:pPr>
      <w:r>
        <w:rPr>
          <w:color w:val="1F2937"/>
          <w:sz w:val="20"/>
        </w:rPr>
        <w:t>Completed scholarship application form</w:t>
      </w:r>
    </w:p>
    <w:p w14:paraId="37806A40" w14:textId="77777777" w:rsidR="005B7B22" w:rsidRDefault="00333651">
      <w:pPr>
        <w:pStyle w:val="ListBullet"/>
        <w:spacing w:after="40"/>
        <w:ind w:left="259"/>
      </w:pPr>
      <w:r>
        <w:rPr>
          <w:color w:val="1F2937"/>
          <w:sz w:val="20"/>
        </w:rPr>
        <w:t>One supporting reference</w:t>
      </w:r>
    </w:p>
    <w:p w14:paraId="5478E0A8" w14:textId="77777777" w:rsidR="005B7B22" w:rsidRDefault="00333651">
      <w:pPr>
        <w:pStyle w:val="ListBullet"/>
        <w:spacing w:after="40"/>
        <w:ind w:left="259"/>
      </w:pPr>
      <w:r>
        <w:rPr>
          <w:color w:val="1F2937"/>
          <w:sz w:val="20"/>
        </w:rPr>
        <w:t>Any additional information you choose to provide (optional)</w:t>
      </w:r>
    </w:p>
    <w:tbl>
      <w:tblPr>
        <w:tblW w:w="0" w:type="auto"/>
        <w:jc w:val="center"/>
        <w:tblLook w:val="04A0" w:firstRow="1" w:lastRow="0" w:firstColumn="1" w:lastColumn="0" w:noHBand="0" w:noVBand="1"/>
      </w:tblPr>
      <w:tblGrid>
        <w:gridCol w:w="10368"/>
      </w:tblGrid>
      <w:tr w:rsidR="005B7B22" w14:paraId="3F13E12B" w14:textId="77777777">
        <w:trPr>
          <w:jc w:val="center"/>
        </w:trPr>
        <w:tc>
          <w:tcPr>
            <w:tcW w:w="10368" w:type="dxa"/>
            <w:shd w:val="clear" w:color="auto" w:fill="F4F7FA"/>
            <w:tcMar>
              <w:top w:w="120" w:type="dxa"/>
              <w:left w:w="160" w:type="dxa"/>
              <w:bottom w:w="120" w:type="dxa"/>
              <w:right w:w="160" w:type="dxa"/>
            </w:tcMar>
          </w:tcPr>
          <w:p w14:paraId="3C4F6AD8" w14:textId="77777777" w:rsidR="005B7B22" w:rsidRDefault="00333651">
            <w:r>
              <w:rPr>
                <w:b/>
                <w:color w:val="17345C"/>
                <w:sz w:val="23"/>
              </w:rPr>
              <w:t>Applications and enquiries</w:t>
            </w:r>
          </w:p>
          <w:p w14:paraId="4DC2A3D4" w14:textId="72712313" w:rsidR="005B7B22" w:rsidRDefault="00333651">
            <w:pPr>
              <w:spacing w:after="0"/>
            </w:pPr>
            <w:r>
              <w:rPr>
                <w:color w:val="1F2937"/>
                <w:sz w:val="20"/>
              </w:rPr>
              <w:t>UCHSc - Jake George Scholarship Foundation</w:t>
            </w:r>
            <w:r>
              <w:rPr>
                <w:color w:val="1F2937"/>
                <w:sz w:val="20"/>
              </w:rPr>
              <w:br/>
              <w:t xml:space="preserve">Website: </w:t>
            </w:r>
            <w:hyperlink r:id="rId10" w:history="1">
              <w:r w:rsidR="00AF1710" w:rsidRPr="00490479">
                <w:rPr>
                  <w:rStyle w:val="Hyperlink"/>
                  <w:sz w:val="20"/>
                </w:rPr>
                <w:t>www.uchsc.co.uk</w:t>
              </w:r>
            </w:hyperlink>
            <w:r w:rsidR="00AF1710">
              <w:rPr>
                <w:color w:val="1F2937"/>
                <w:sz w:val="20"/>
              </w:rPr>
              <w:t xml:space="preserve">    Email. </w:t>
            </w:r>
            <w:hyperlink r:id="rId11" w:history="1">
              <w:r w:rsidR="00AF1710" w:rsidRPr="00490479">
                <w:rPr>
                  <w:rStyle w:val="Hyperlink"/>
                  <w:sz w:val="20"/>
                </w:rPr>
                <w:t>uchsc_ac_uk@hotmail.co.uk</w:t>
              </w:r>
            </w:hyperlink>
            <w:r w:rsidR="00AF1710">
              <w:rPr>
                <w:color w:val="1F2937"/>
                <w:sz w:val="20"/>
              </w:rPr>
              <w:t xml:space="preserve"> </w:t>
            </w:r>
            <w:r>
              <w:rPr>
                <w:color w:val="1F2937"/>
                <w:sz w:val="20"/>
              </w:rPr>
              <w:br/>
            </w:r>
            <w:r>
              <w:rPr>
                <w:color w:val="1F2937"/>
                <w:sz w:val="20"/>
              </w:rPr>
              <w:t>Please use the current contact details published on the UCHSc website when submitting your application.</w:t>
            </w:r>
          </w:p>
        </w:tc>
      </w:tr>
    </w:tbl>
    <w:p w14:paraId="78B210B3" w14:textId="77777777" w:rsidR="005B7B22" w:rsidRDefault="005B7B22">
      <w:pPr>
        <w:spacing w:after="20"/>
      </w:pPr>
    </w:p>
    <w:p w14:paraId="62379A50" w14:textId="77777777" w:rsidR="005B7B22" w:rsidRDefault="00333651">
      <w:pPr>
        <w:spacing w:before="160" w:after="80"/>
      </w:pPr>
      <w:r>
        <w:rPr>
          <w:b/>
          <w:color w:val="17345C"/>
          <w:sz w:val="26"/>
        </w:rPr>
        <w:t>What happens next?</w:t>
      </w:r>
    </w:p>
    <w:p w14:paraId="1A73C3C4" w14:textId="77777777" w:rsidR="00AF1710" w:rsidRDefault="00333651">
      <w:pPr>
        <w:spacing w:line="254" w:lineRule="auto"/>
        <w:rPr>
          <w:color w:val="1F2937"/>
        </w:rPr>
      </w:pPr>
      <w:r>
        <w:rPr>
          <w:color w:val="1F2937"/>
        </w:rPr>
        <w:t xml:space="preserve">Applications will be reviewed and shortlisted applicants may be invited to an informal conversation or interview. </w:t>
      </w:r>
    </w:p>
    <w:p w14:paraId="0A27CF80" w14:textId="6A998206" w:rsidR="005B7B22" w:rsidRDefault="00333651">
      <w:pPr>
        <w:spacing w:line="254" w:lineRule="auto"/>
      </w:pPr>
      <w:r>
        <w:rPr>
          <w:color w:val="1F2937"/>
        </w:rPr>
        <w:t>We will explain the program</w:t>
      </w:r>
      <w:r>
        <w:rPr>
          <w:color w:val="1F2937"/>
        </w:rPr>
        <w:t>, discuss any support needs and give you the opportunity to ask questions. Selection is based on the application as a whole, including motivation, commitment, circumstances, potential and the supporting reference.</w:t>
      </w:r>
    </w:p>
    <w:p w14:paraId="34500C36" w14:textId="7F092901" w:rsidR="005B7B22" w:rsidRDefault="00333651">
      <w:pPr>
        <w:spacing w:line="254" w:lineRule="auto"/>
        <w:rPr>
          <w:color w:val="1F2937"/>
        </w:rPr>
      </w:pPr>
      <w:r>
        <w:rPr>
          <w:color w:val="1F2937"/>
        </w:rPr>
        <w:t xml:space="preserve">If you are not sure whether you meet the criteria, we would rather </w:t>
      </w:r>
      <w:proofErr w:type="gramStart"/>
      <w:r>
        <w:rPr>
          <w:color w:val="1F2937"/>
        </w:rPr>
        <w:t>you ask</w:t>
      </w:r>
      <w:proofErr w:type="gramEnd"/>
      <w:r>
        <w:rPr>
          <w:color w:val="1F2937"/>
        </w:rPr>
        <w:t xml:space="preserve"> than assume the answer is </w:t>
      </w:r>
      <w:proofErr w:type="gramStart"/>
      <w:r>
        <w:rPr>
          <w:color w:val="1F2937"/>
        </w:rPr>
        <w:t>no</w:t>
      </w:r>
      <w:r w:rsidR="00AF1710">
        <w:rPr>
          <w:color w:val="1F2937"/>
        </w:rPr>
        <w:t>, or</w:t>
      </w:r>
      <w:proofErr w:type="gramEnd"/>
      <w:r w:rsidR="00AF1710">
        <w:rPr>
          <w:color w:val="1F2937"/>
        </w:rPr>
        <w:t xml:space="preserve"> just submit it anyway. You don’t </w:t>
      </w:r>
      <w:proofErr w:type="gramStart"/>
      <w:r w:rsidR="00AF1710">
        <w:rPr>
          <w:color w:val="1F2937"/>
        </w:rPr>
        <w:t>get</w:t>
      </w:r>
      <w:proofErr w:type="gramEnd"/>
      <w:r w:rsidR="00AF1710">
        <w:rPr>
          <w:color w:val="1F2937"/>
        </w:rPr>
        <w:t xml:space="preserve"> if you don’t ask! </w:t>
      </w:r>
    </w:p>
    <w:p w14:paraId="7CC9B6FC" w14:textId="79CBFD5B" w:rsidR="00AF1710" w:rsidRDefault="00AF1710">
      <w:pPr>
        <w:spacing w:line="254" w:lineRule="auto"/>
        <w:rPr>
          <w:color w:val="1F2937"/>
        </w:rPr>
      </w:pPr>
      <w:r>
        <w:rPr>
          <w:color w:val="1F2937"/>
        </w:rPr>
        <w:t xml:space="preserve">All potential applicants are welcome to come along and have a chat with a tutor or shadow for a day or two to see if this is really the career for them. </w:t>
      </w:r>
    </w:p>
    <w:p w14:paraId="2E74C887" w14:textId="77777777" w:rsidR="00AF1710" w:rsidRDefault="00AF1710">
      <w:pPr>
        <w:spacing w:line="254" w:lineRule="auto"/>
      </w:pPr>
    </w:p>
    <w:p w14:paraId="7DF13B9F" w14:textId="77777777" w:rsidR="005B7B22" w:rsidRDefault="00333651">
      <w:pPr>
        <w:spacing w:before="320"/>
        <w:jc w:val="center"/>
      </w:pPr>
      <w:r>
        <w:rPr>
          <w:b/>
          <w:color w:val="C59A3D"/>
          <w:sz w:val="26"/>
        </w:rPr>
        <w:t>Opening doors. Building futures. Paying it forward.</w:t>
      </w:r>
    </w:p>
    <w:p w14:paraId="2A8931F5" w14:textId="77777777" w:rsidR="005B7B22" w:rsidRDefault="00333651">
      <w:pPr>
        <w:jc w:val="center"/>
      </w:pPr>
      <w:r>
        <w:rPr>
          <w:i/>
          <w:color w:val="17345C"/>
          <w:sz w:val="22"/>
        </w:rPr>
        <w:t>In loving memory of Jake George</w:t>
      </w:r>
    </w:p>
    <w:sectPr w:rsidR="005B7B22" w:rsidSect="00034616">
      <w:footerReference w:type="default" r:id="rId12"/>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19DBE" w14:textId="77777777" w:rsidR="00333651" w:rsidRDefault="00333651">
      <w:pPr>
        <w:spacing w:after="0" w:line="240" w:lineRule="auto"/>
      </w:pPr>
      <w:r>
        <w:separator/>
      </w:r>
    </w:p>
  </w:endnote>
  <w:endnote w:type="continuationSeparator" w:id="0">
    <w:p w14:paraId="3E7AAB19" w14:textId="77777777" w:rsidR="00333651" w:rsidRDefault="00333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D57CE" w14:textId="77777777" w:rsidR="005B7B22" w:rsidRDefault="00333651">
    <w:pPr>
      <w:pStyle w:val="Footer"/>
      <w:jc w:val="center"/>
    </w:pPr>
    <w:r>
      <w:rPr>
        <w:color w:val="646464"/>
        <w:sz w:val="18"/>
      </w:rPr>
      <w:t xml:space="preserve">Page </w:t>
    </w:r>
    <w:r>
      <w:rPr>
        <w:color w:val="646464"/>
        <w:sz w:val="18"/>
      </w:rPr>
      <w:fldChar w:fldCharType="begin"/>
    </w:r>
    <w:r>
      <w:rPr>
        <w:color w:val="646464"/>
        <w:sz w:val="18"/>
      </w:rPr>
      <w:instrText>PAGE</w:instrText>
    </w:r>
    <w:r w:rsidR="00914452">
      <w:rPr>
        <w:color w:val="646464"/>
        <w:sz w:val="18"/>
      </w:rPr>
      <w:fldChar w:fldCharType="separate"/>
    </w:r>
    <w:r w:rsidR="00914452">
      <w:rPr>
        <w:noProof/>
        <w:color w:val="646464"/>
        <w:sz w:val="18"/>
      </w:rPr>
      <w:t>1</w:t>
    </w:r>
    <w:r>
      <w:rPr>
        <w:color w:val="646464"/>
        <w:sz w:val="18"/>
      </w:rPr>
      <w:fldChar w:fldCharType="end"/>
    </w:r>
    <w:r>
      <w:rPr>
        <w:color w:val="646464"/>
        <w:sz w:val="18"/>
      </w:rPr>
      <w:t xml:space="preserve"> of </w:t>
    </w:r>
    <w:r>
      <w:rPr>
        <w:color w:val="646464"/>
        <w:sz w:val="18"/>
      </w:rPr>
      <w:fldChar w:fldCharType="begin"/>
    </w:r>
    <w:r>
      <w:rPr>
        <w:color w:val="646464"/>
        <w:sz w:val="18"/>
      </w:rPr>
      <w:instrText>NUMPAGES</w:instrText>
    </w:r>
    <w:r w:rsidR="00914452">
      <w:rPr>
        <w:color w:val="646464"/>
        <w:sz w:val="18"/>
      </w:rPr>
      <w:fldChar w:fldCharType="separate"/>
    </w:r>
    <w:r w:rsidR="00914452">
      <w:rPr>
        <w:noProof/>
        <w:color w:val="646464"/>
        <w:sz w:val="18"/>
      </w:rPr>
      <w:t>2</w:t>
    </w:r>
    <w:r>
      <w:rPr>
        <w:color w:val="646464"/>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86807" w14:textId="77777777" w:rsidR="00333651" w:rsidRDefault="00333651">
      <w:pPr>
        <w:spacing w:after="0" w:line="240" w:lineRule="auto"/>
      </w:pPr>
      <w:r>
        <w:separator/>
      </w:r>
    </w:p>
  </w:footnote>
  <w:footnote w:type="continuationSeparator" w:id="0">
    <w:p w14:paraId="3A0CDDB9" w14:textId="77777777" w:rsidR="00333651" w:rsidRDefault="003336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25068343">
    <w:abstractNumId w:val="8"/>
  </w:num>
  <w:num w:numId="2" w16cid:durableId="647980775">
    <w:abstractNumId w:val="6"/>
  </w:num>
  <w:num w:numId="3" w16cid:durableId="1595431291">
    <w:abstractNumId w:val="5"/>
  </w:num>
  <w:num w:numId="4" w16cid:durableId="587466874">
    <w:abstractNumId w:val="4"/>
  </w:num>
  <w:num w:numId="5" w16cid:durableId="238683540">
    <w:abstractNumId w:val="7"/>
  </w:num>
  <w:num w:numId="6" w16cid:durableId="1526823238">
    <w:abstractNumId w:val="3"/>
  </w:num>
  <w:num w:numId="7" w16cid:durableId="325287492">
    <w:abstractNumId w:val="2"/>
  </w:num>
  <w:num w:numId="8" w16cid:durableId="1569682404">
    <w:abstractNumId w:val="1"/>
  </w:num>
  <w:num w:numId="9" w16cid:durableId="573468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118"/>
    <w:rsid w:val="00034616"/>
    <w:rsid w:val="0006063C"/>
    <w:rsid w:val="0015074B"/>
    <w:rsid w:val="0029639D"/>
    <w:rsid w:val="00326F90"/>
    <w:rsid w:val="00333651"/>
    <w:rsid w:val="005B7B22"/>
    <w:rsid w:val="00914452"/>
    <w:rsid w:val="00AA1D8D"/>
    <w:rsid w:val="00AF1710"/>
    <w:rsid w:val="00B47730"/>
    <w:rsid w:val="00CB0664"/>
    <w:rsid w:val="00CC70F4"/>
    <w:rsid w:val="00EB24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570A58"/>
  <w14:defaultImageDpi w14:val="300"/>
  <w15:docId w15:val="{5AA28504-AD16-4572-ABB2-69186827C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F1710"/>
    <w:rPr>
      <w:color w:val="0000FF" w:themeColor="hyperlink"/>
      <w:u w:val="single"/>
    </w:rPr>
  </w:style>
  <w:style w:type="character" w:styleId="UnresolvedMention">
    <w:name w:val="Unresolved Mention"/>
    <w:basedOn w:val="DefaultParagraphFont"/>
    <w:uiPriority w:val="99"/>
    <w:semiHidden/>
    <w:unhideWhenUsed/>
    <w:rsid w:val="00AF1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chsc_ac_uk@hotmail.co.uk" TargetMode="External"/><Relationship Id="rId5" Type="http://schemas.openxmlformats.org/officeDocument/2006/relationships/webSettings" Target="webSettings.xml"/><Relationship Id="rId10" Type="http://schemas.openxmlformats.org/officeDocument/2006/relationships/hyperlink" Target="http://www.uchsc.co.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4582</Words>
  <Characters>26121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The Nerve Centre UK</cp:lastModifiedBy>
  <cp:revision>2</cp:revision>
  <dcterms:created xsi:type="dcterms:W3CDTF">2026-09-20T11:29:00Z</dcterms:created>
  <dcterms:modified xsi:type="dcterms:W3CDTF">2026-09-20T11:29:00Z</dcterms:modified>
  <cp:category/>
</cp:coreProperties>
</file>